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FE62" w14:textId="77777777" w:rsidR="00164787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7930BDFF" wp14:editId="5DF5E5E8">
            <wp:extent cx="4402236" cy="69839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2236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B00C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D81EDD7" wp14:editId="3C8E34E9">
            <wp:extent cx="4302938" cy="69839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2938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989E9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690A663" wp14:editId="664BF256">
            <wp:extent cx="3806445" cy="698399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6445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C896A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A9CCD4C" wp14:editId="3C7CA058">
            <wp:extent cx="3773345" cy="698399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73345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04BDA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420319A" wp14:editId="321BAE6C">
            <wp:extent cx="5808699" cy="698399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8699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AA159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AFF3807" wp14:editId="5C1559BB">
            <wp:extent cx="5740893" cy="698399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0893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C8652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A203812" wp14:editId="0113DBEA">
            <wp:extent cx="5492271" cy="698399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2271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9D5B5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1E85D85" wp14:editId="7A58BC63">
            <wp:extent cx="5153242" cy="698399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3242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88812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9401E1F" wp14:editId="6BD06459">
            <wp:extent cx="6410314" cy="698399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09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0314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91C89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4A6A969" wp14:editId="78BDFD61">
            <wp:extent cx="6335485" cy="698399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0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35485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8B9AA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BAE6315" wp14:editId="5C1BE562">
            <wp:extent cx="6061114" cy="698399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61114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79F60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53BC8C1" wp14:editId="51915A05">
            <wp:extent cx="5686971" cy="698399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86971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A0004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0375DB6" wp14:editId="7712FE88">
            <wp:extent cx="7386370" cy="698399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3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86370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F60A2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EBBAB6E" wp14:editId="70AC76E5">
            <wp:extent cx="7300148" cy="698399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4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00148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B161F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235A2A87" wp14:editId="551E2FEB">
            <wp:extent cx="6983999" cy="698399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5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83999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C72FB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02213107" wp14:editId="4E62872C">
            <wp:extent cx="6552888" cy="698399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6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52888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41193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4E89494" wp14:editId="5998CA54">
            <wp:extent cx="7803860" cy="698399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7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03860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32120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596ED2E" wp14:editId="1A15D06F">
            <wp:extent cx="10080000" cy="455481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8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455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A919C" w14:textId="77777777" w:rsidR="00164787" w:rsidRDefault="00000000">
      <w:pPr>
        <w:pageBreakBefore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51E9FA2E" wp14:editId="182F97F8">
            <wp:extent cx="6923269" cy="698399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_19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23269" cy="698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4787" w:rsidSect="00034616">
      <w:pgSz w:w="16838" w:h="11906" w:orient="landscape"/>
      <w:pgMar w:top="312" w:right="312" w:bottom="312" w:left="3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2114283">
    <w:abstractNumId w:val="8"/>
  </w:num>
  <w:num w:numId="2" w16cid:durableId="186188455">
    <w:abstractNumId w:val="6"/>
  </w:num>
  <w:num w:numId="3" w16cid:durableId="497497436">
    <w:abstractNumId w:val="5"/>
  </w:num>
  <w:num w:numId="4" w16cid:durableId="1666011586">
    <w:abstractNumId w:val="4"/>
  </w:num>
  <w:num w:numId="5" w16cid:durableId="1558124124">
    <w:abstractNumId w:val="7"/>
  </w:num>
  <w:num w:numId="6" w16cid:durableId="386611324">
    <w:abstractNumId w:val="3"/>
  </w:num>
  <w:num w:numId="7" w16cid:durableId="9650018">
    <w:abstractNumId w:val="2"/>
  </w:num>
  <w:num w:numId="8" w16cid:durableId="1618756602">
    <w:abstractNumId w:val="1"/>
  </w:num>
  <w:num w:numId="9" w16cid:durableId="126021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4787"/>
    <w:rsid w:val="0029639D"/>
    <w:rsid w:val="00326F90"/>
    <w:rsid w:val="008E1A50"/>
    <w:rsid w:val="00AA1D8D"/>
    <w:rsid w:val="00B47730"/>
    <w:rsid w:val="00CB0664"/>
    <w:rsid w:val="00EA04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7C50C"/>
  <w14:defaultImageDpi w14:val="300"/>
  <w15:docId w15:val="{0F5CB5C0-3F25-42F0-9B1E-86B1FB83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 E LE MIE ORECCHIE</dc:title>
  <dc:subject/>
  <dc:creator>Dott.ssa Angela Ruotolo</dc:creator>
  <cp:keywords/>
  <dc:description>generated by python-docx</dc:description>
  <cp:lastModifiedBy>RUOTOLO ANGELA</cp:lastModifiedBy>
  <cp:revision>2</cp:revision>
  <dcterms:created xsi:type="dcterms:W3CDTF">2026-08-27T06:27:00Z</dcterms:created>
  <dcterms:modified xsi:type="dcterms:W3CDTF">2026-08-27T06:27:00Z</dcterms:modified>
  <cp:category/>
</cp:coreProperties>
</file>