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6F99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5272C2A6" wp14:editId="17A2386B">
            <wp:extent cx="6696000" cy="7917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791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3DDC" w14:textId="77777777" w:rsidR="00BB2023" w:rsidRDefault="00000000">
      <w:pPr>
        <w:jc w:val="center"/>
      </w:pPr>
      <w:r>
        <w:rPr>
          <w:b/>
          <w:color w:val="124F96"/>
          <w:sz w:val="36"/>
        </w:rPr>
        <w:t>CON LE MIE MANI TOCCO, PRENDO, COSTRUISCO E CREO!</w:t>
      </w:r>
    </w:p>
    <w:p w14:paraId="6BD215BC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61828C3D" w14:textId="77777777">
        <w:trPr>
          <w:jc w:val="center"/>
        </w:trPr>
        <w:tc>
          <w:tcPr>
            <w:tcW w:w="5443" w:type="dxa"/>
          </w:tcPr>
          <w:p w14:paraId="7598AE07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7D592F8F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684AF3C6" w14:textId="77777777" w:rsidR="00BB2023" w:rsidRDefault="00000000">
      <w:pPr>
        <w:jc w:val="center"/>
      </w:pPr>
      <w:r>
        <w:rPr>
          <w:b/>
          <w:color w:val="185096"/>
          <w:sz w:val="50"/>
        </w:rPr>
        <w:t>1. SCOPRO LE MIE MANI</w:t>
      </w:r>
    </w:p>
    <w:p w14:paraId="1E76D730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455B19BE" wp14:editId="52F762B1">
            <wp:extent cx="6372000" cy="76033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760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767F4359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502A0143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COLORA LE DUE MANI. POI APPOGGIA LE TUE MANI SOPRA IL DISEGNO.</w:t>
            </w:r>
          </w:p>
        </w:tc>
      </w:tr>
    </w:tbl>
    <w:p w14:paraId="0B47AFA3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4CB0D6D8" w14:textId="77777777">
        <w:trPr>
          <w:jc w:val="center"/>
        </w:trPr>
        <w:tc>
          <w:tcPr>
            <w:tcW w:w="5443" w:type="dxa"/>
          </w:tcPr>
          <w:p w14:paraId="5829AEE5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52276740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372EF915" w14:textId="77777777" w:rsidR="00BB2023" w:rsidRDefault="00000000">
      <w:pPr>
        <w:jc w:val="center"/>
      </w:pPr>
      <w:r>
        <w:rPr>
          <w:b/>
          <w:color w:val="185096"/>
          <w:sz w:val="50"/>
        </w:rPr>
        <w:t>2. DOVE SONO LE MIE MANI?</w:t>
      </w:r>
    </w:p>
    <w:p w14:paraId="20166197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779203E1" wp14:editId="37ABB7F0">
            <wp:extent cx="6372000" cy="74212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742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4BAA5AA5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15AA91DC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INDICA LE MANI DI LUMI. POI TOCCA LE TUE MANI.</w:t>
            </w:r>
          </w:p>
        </w:tc>
      </w:tr>
    </w:tbl>
    <w:p w14:paraId="61644ED8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0690C10C" w14:textId="77777777">
        <w:trPr>
          <w:jc w:val="center"/>
        </w:trPr>
        <w:tc>
          <w:tcPr>
            <w:tcW w:w="5443" w:type="dxa"/>
          </w:tcPr>
          <w:p w14:paraId="6031ABAE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6C940BAC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7A4A8AB3" w14:textId="77777777" w:rsidR="00BB2023" w:rsidRDefault="00000000">
      <w:pPr>
        <w:jc w:val="center"/>
      </w:pPr>
      <w:r>
        <w:rPr>
          <w:b/>
          <w:color w:val="185096"/>
          <w:sz w:val="50"/>
        </w:rPr>
        <w:t>3. COSA FANNO LE MIE MANI?</w:t>
      </w:r>
    </w:p>
    <w:p w14:paraId="18B7EEB7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51BC4CED" wp14:editId="3FDFF8AA">
            <wp:extent cx="6372000" cy="68368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683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3267AAB6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634D955B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OSSERVA E NOMINA: TOCCARE · PRENDERE · COSTRUIRE · SALUTARE.</w:t>
            </w:r>
          </w:p>
        </w:tc>
      </w:tr>
    </w:tbl>
    <w:p w14:paraId="4E0CDC1C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24A39D92" w14:textId="77777777">
        <w:trPr>
          <w:jc w:val="center"/>
        </w:trPr>
        <w:tc>
          <w:tcPr>
            <w:tcW w:w="5443" w:type="dxa"/>
          </w:tcPr>
          <w:p w14:paraId="5E650FC3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661A93C3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33E0BBF0" w14:textId="77777777" w:rsidR="00BB2023" w:rsidRDefault="00000000">
      <w:pPr>
        <w:jc w:val="center"/>
      </w:pPr>
      <w:r>
        <w:rPr>
          <w:b/>
          <w:color w:val="185096"/>
          <w:sz w:val="50"/>
        </w:rPr>
        <w:t>4. MANO SINISTRA – MANO DESTRA</w:t>
      </w:r>
    </w:p>
    <w:p w14:paraId="4F96AE1E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0E536010" wp14:editId="2F98F22C">
            <wp:extent cx="6372000" cy="689974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689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1372A181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62A29D1F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COLORA LA MANO SINISTRA DI BLU E LA MANO DESTRA DI ROSSO.</w:t>
            </w:r>
          </w:p>
        </w:tc>
      </w:tr>
    </w:tbl>
    <w:p w14:paraId="2FAA9347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5CD51403" w14:textId="77777777">
        <w:trPr>
          <w:jc w:val="center"/>
        </w:trPr>
        <w:tc>
          <w:tcPr>
            <w:tcW w:w="5443" w:type="dxa"/>
          </w:tcPr>
          <w:p w14:paraId="3DE0D439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753A68D8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756DA681" w14:textId="77777777" w:rsidR="00BB2023" w:rsidRDefault="00000000">
      <w:pPr>
        <w:jc w:val="center"/>
      </w:pPr>
      <w:r>
        <w:rPr>
          <w:b/>
          <w:color w:val="185096"/>
          <w:sz w:val="50"/>
        </w:rPr>
        <w:t>5. TOCCO E SCOPRO</w:t>
      </w:r>
    </w:p>
    <w:p w14:paraId="0A99A6E4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198F49D8" wp14:editId="29109E5D">
            <wp:extent cx="6372000" cy="67344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673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0C94FA64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43A42E67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TOCCA MATERIALI VERI. INDICA: MORBIDO · RUVIDO · LISCIO.</w:t>
            </w:r>
          </w:p>
        </w:tc>
      </w:tr>
    </w:tbl>
    <w:p w14:paraId="4A56810E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631592AB" w14:textId="77777777">
        <w:trPr>
          <w:jc w:val="center"/>
        </w:trPr>
        <w:tc>
          <w:tcPr>
            <w:tcW w:w="5443" w:type="dxa"/>
          </w:tcPr>
          <w:p w14:paraId="73A1CECC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21876AB6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4DA8A00F" w14:textId="77777777" w:rsidR="00BB2023" w:rsidRDefault="00000000">
      <w:pPr>
        <w:jc w:val="center"/>
      </w:pPr>
      <w:r>
        <w:rPr>
          <w:b/>
          <w:color w:val="185096"/>
          <w:sz w:val="50"/>
        </w:rPr>
        <w:t>6. PRENDO CON LE MANI</w:t>
      </w:r>
    </w:p>
    <w:p w14:paraId="5911358A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7D9826C7" wp14:editId="5114AE0E">
            <wp:extent cx="6372000" cy="563602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563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221B7B72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043FE406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COLLEGA LA MANO A CIÒ CHE PUOI PRENDERE. POI PROVA CON UN OGGETTO VERO.</w:t>
            </w:r>
          </w:p>
        </w:tc>
      </w:tr>
    </w:tbl>
    <w:p w14:paraId="135B7FE9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0E7238C1" w14:textId="77777777">
        <w:trPr>
          <w:jc w:val="center"/>
        </w:trPr>
        <w:tc>
          <w:tcPr>
            <w:tcW w:w="5443" w:type="dxa"/>
          </w:tcPr>
          <w:p w14:paraId="3846C9AA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0EB34532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4EF7F052" w14:textId="77777777" w:rsidR="00BB2023" w:rsidRDefault="00000000">
      <w:pPr>
        <w:jc w:val="center"/>
      </w:pPr>
      <w:r>
        <w:rPr>
          <w:b/>
          <w:color w:val="185096"/>
          <w:sz w:val="50"/>
        </w:rPr>
        <w:t>7. LE MIE MANI COSTRUISCONO</w:t>
      </w:r>
    </w:p>
    <w:p w14:paraId="18CB5A13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21664267" wp14:editId="6B0E31CC">
            <wp:extent cx="6372000" cy="56878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568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7FFDA5E1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4C4B4E0A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COLORA I PEZZI. POI COSTRUISCI UNA TORRE CON CUBI O COSTRUZIONI.</w:t>
            </w:r>
          </w:p>
        </w:tc>
      </w:tr>
    </w:tbl>
    <w:p w14:paraId="40D1972F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3FCB6408" w14:textId="77777777">
        <w:trPr>
          <w:jc w:val="center"/>
        </w:trPr>
        <w:tc>
          <w:tcPr>
            <w:tcW w:w="5443" w:type="dxa"/>
          </w:tcPr>
          <w:p w14:paraId="43A1B606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2DD0D6C1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78C97067" w14:textId="77777777" w:rsidR="00BB2023" w:rsidRDefault="00000000">
      <w:pPr>
        <w:jc w:val="center"/>
      </w:pPr>
      <w:r>
        <w:rPr>
          <w:b/>
          <w:color w:val="185096"/>
          <w:sz w:val="50"/>
        </w:rPr>
        <w:t>8. LE MANI FANNO MUSICA</w:t>
      </w:r>
    </w:p>
    <w:p w14:paraId="62EA1607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1A994AC9" wp14:editId="05D6B540">
            <wp:extent cx="6372000" cy="555165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555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686EB194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495BF910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BATTI PIANO · BATTI FORTE · STOP. RIPETI IL RITMO CON LUMI.</w:t>
            </w:r>
          </w:p>
        </w:tc>
      </w:tr>
    </w:tbl>
    <w:p w14:paraId="799F61A4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6E027DFB" w14:textId="77777777">
        <w:trPr>
          <w:jc w:val="center"/>
        </w:trPr>
        <w:tc>
          <w:tcPr>
            <w:tcW w:w="5443" w:type="dxa"/>
          </w:tcPr>
          <w:p w14:paraId="7271B97A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0FE5628D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70A80050" w14:textId="77777777" w:rsidR="00BB2023" w:rsidRDefault="00000000">
      <w:pPr>
        <w:jc w:val="center"/>
      </w:pPr>
      <w:r>
        <w:rPr>
          <w:b/>
          <w:color w:val="185096"/>
          <w:sz w:val="50"/>
        </w:rPr>
        <w:t>9. RIPASSO E COLORO</w:t>
      </w:r>
    </w:p>
    <w:p w14:paraId="78210042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18F3FC85" wp14:editId="632B2A7E">
            <wp:extent cx="6120000" cy="631552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31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077606D7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2513E647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RIPASSA CON IL DITO, POI CON LA MATITA. INFINE COLORA LE PAROLE.</w:t>
            </w:r>
          </w:p>
        </w:tc>
      </w:tr>
    </w:tbl>
    <w:p w14:paraId="55F11FCD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036C2458" w14:textId="77777777">
        <w:trPr>
          <w:jc w:val="center"/>
        </w:trPr>
        <w:tc>
          <w:tcPr>
            <w:tcW w:w="5443" w:type="dxa"/>
          </w:tcPr>
          <w:p w14:paraId="1E5DD012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1003F8CA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66BAF7F8" w14:textId="77777777" w:rsidR="00BB2023" w:rsidRDefault="00000000">
      <w:pPr>
        <w:jc w:val="center"/>
      </w:pPr>
      <w:r>
        <w:rPr>
          <w:b/>
          <w:color w:val="185096"/>
          <w:sz w:val="50"/>
        </w:rPr>
        <w:t>10. LA CANZONE DELLE MIE MANI</w:t>
      </w:r>
    </w:p>
    <w:p w14:paraId="2DC7C12F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0A0A1C1D" wp14:editId="40E52D12">
            <wp:extent cx="6192000" cy="595242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595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4B31523F" w14:textId="77777777">
        <w:trPr>
          <w:jc w:val="center"/>
        </w:trPr>
        <w:tc>
          <w:tcPr>
            <w:tcW w:w="10886" w:type="dxa"/>
            <w:tcBorders>
              <w:top w:val="single" w:sz="10" w:space="0" w:color="F0B44D"/>
              <w:left w:val="single" w:sz="10" w:space="0" w:color="F0B44D"/>
              <w:bottom w:val="single" w:sz="10" w:space="0" w:color="F0B44D"/>
              <w:right w:val="single" w:sz="10" w:space="0" w:color="F0B44D"/>
            </w:tcBorders>
            <w:shd w:val="clear" w:color="auto" w:fill="FFF7D6"/>
          </w:tcPr>
          <w:p w14:paraId="634AE49D" w14:textId="77777777" w:rsidR="00BB2023" w:rsidRDefault="00000000">
            <w:pPr>
              <w:jc w:val="center"/>
            </w:pPr>
            <w:r>
              <w:rPr>
                <w:b/>
                <w:sz w:val="34"/>
              </w:rPr>
              <w:t>BATTONO PIANO, BATTONO FORTE,</w:t>
            </w:r>
            <w:r>
              <w:rPr>
                <w:b/>
                <w:sz w:val="34"/>
              </w:rPr>
              <w:br/>
              <w:t>LE MIE MANI APRONO LE PORTE.</w:t>
            </w:r>
            <w:r>
              <w:rPr>
                <w:b/>
                <w:sz w:val="34"/>
              </w:rPr>
              <w:br/>
              <w:t>TOCCAN LA SABBIA, SANNO SUONARE,</w:t>
            </w:r>
            <w:r>
              <w:rPr>
                <w:b/>
                <w:sz w:val="34"/>
              </w:rPr>
              <w:br/>
              <w:t>TOCCA, GIOCA, BATTI E VAI!</w:t>
            </w:r>
          </w:p>
        </w:tc>
      </w:tr>
      <w:tr w:rsidR="00BB2023" w14:paraId="627295E3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3E2D145A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CANTA E FAI I GESTI CON LUMI!</w:t>
            </w:r>
          </w:p>
        </w:tc>
      </w:tr>
    </w:tbl>
    <w:p w14:paraId="60ED1375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6EBD6EAB" w14:textId="77777777">
        <w:trPr>
          <w:jc w:val="center"/>
        </w:trPr>
        <w:tc>
          <w:tcPr>
            <w:tcW w:w="5443" w:type="dxa"/>
          </w:tcPr>
          <w:p w14:paraId="02106239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4994DBB4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744B84A3" w14:textId="77777777" w:rsidR="00BB2023" w:rsidRDefault="00000000">
      <w:pPr>
        <w:jc w:val="center"/>
      </w:pPr>
      <w:r>
        <w:rPr>
          <w:b/>
          <w:color w:val="185096"/>
          <w:sz w:val="50"/>
        </w:rPr>
        <w:t>11. LE MIE MANI CREANO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112F1CCB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102C5E6C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APPOGGIA UNA MANO QUI E DISEGNA IL CONTORNO. POI TRASFORMALA IN QUALCOSA DI FANTASTICO!</w:t>
            </w:r>
          </w:p>
        </w:tc>
      </w:tr>
      <w:tr w:rsidR="00BB2023" w14:paraId="0CB19C79" w14:textId="77777777">
        <w:trPr>
          <w:jc w:val="center"/>
        </w:trPr>
        <w:tc>
          <w:tcPr>
            <w:tcW w:w="10886" w:type="dxa"/>
            <w:tcBorders>
              <w:top w:val="single" w:sz="12" w:space="0" w:color="73B7E3"/>
              <w:left w:val="single" w:sz="12" w:space="0" w:color="73B7E3"/>
              <w:bottom w:val="single" w:sz="12" w:space="0" w:color="73B7E3"/>
              <w:right w:val="single" w:sz="12" w:space="0" w:color="73B7E3"/>
            </w:tcBorders>
          </w:tcPr>
          <w:p w14:paraId="57705D21" w14:textId="77777777" w:rsidR="00BB2023" w:rsidRDefault="00000000">
            <w:pPr>
              <w:jc w:val="center"/>
            </w:pP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</w:r>
            <w:r>
              <w:rPr>
                <w:b/>
                <w:color w:val="8C8C8C"/>
                <w:sz w:val="32"/>
              </w:rPr>
              <w:br/>
              <w:t>SPAZIO PER LA TUA MANO E IL TUO DISEGNO</w:t>
            </w:r>
          </w:p>
        </w:tc>
      </w:tr>
    </w:tbl>
    <w:p w14:paraId="14CC8D80" w14:textId="77777777" w:rsidR="00BB2023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43"/>
        <w:gridCol w:w="5443"/>
      </w:tblGrid>
      <w:tr w:rsidR="00BB2023" w14:paraId="78C5EB69" w14:textId="77777777">
        <w:trPr>
          <w:jc w:val="center"/>
        </w:trPr>
        <w:tc>
          <w:tcPr>
            <w:tcW w:w="5443" w:type="dxa"/>
          </w:tcPr>
          <w:p w14:paraId="065D1C2E" w14:textId="77777777" w:rsidR="00BB2023" w:rsidRDefault="00000000">
            <w:r>
              <w:rPr>
                <w:b/>
                <w:color w:val="1E4678"/>
                <w:sz w:val="22"/>
              </w:rPr>
              <w:lastRenderedPageBreak/>
              <w:t>NOME: __________________________</w:t>
            </w:r>
          </w:p>
        </w:tc>
        <w:tc>
          <w:tcPr>
            <w:tcW w:w="5443" w:type="dxa"/>
          </w:tcPr>
          <w:p w14:paraId="3D0EB86C" w14:textId="77777777" w:rsidR="00BB2023" w:rsidRDefault="00000000">
            <w:r>
              <w:rPr>
                <w:b/>
                <w:color w:val="1E4678"/>
                <w:sz w:val="22"/>
              </w:rPr>
              <w:t>DATA: ____ / ____ / ______</w:t>
            </w:r>
          </w:p>
        </w:tc>
      </w:tr>
    </w:tbl>
    <w:p w14:paraId="5BE515BA" w14:textId="77777777" w:rsidR="00BB2023" w:rsidRDefault="00000000">
      <w:pPr>
        <w:jc w:val="center"/>
      </w:pPr>
      <w:r>
        <w:rPr>
          <w:noProof/>
        </w:rPr>
        <w:drawing>
          <wp:inline distT="0" distB="0" distL="0" distR="0" wp14:anchorId="32FEEFA5" wp14:editId="793C5A30">
            <wp:extent cx="6480000" cy="170131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70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BB2023" w14:paraId="77ADB4F3" w14:textId="77777777">
        <w:trPr>
          <w:jc w:val="center"/>
        </w:trPr>
        <w:tc>
          <w:tcPr>
            <w:tcW w:w="10886" w:type="dxa"/>
            <w:tcBorders>
              <w:top w:val="single" w:sz="10" w:space="0" w:color="6BAED6"/>
              <w:left w:val="single" w:sz="10" w:space="0" w:color="6BAED6"/>
              <w:bottom w:val="single" w:sz="10" w:space="0" w:color="6BAED6"/>
              <w:right w:val="single" w:sz="10" w:space="0" w:color="6BAED6"/>
            </w:tcBorders>
            <w:shd w:val="clear" w:color="auto" w:fill="EAF5FF"/>
            <w:vAlign w:val="center"/>
          </w:tcPr>
          <w:p w14:paraId="7E7F60B3" w14:textId="77777777" w:rsidR="00BB2023" w:rsidRDefault="00000000">
            <w:pPr>
              <w:jc w:val="center"/>
            </w:pPr>
            <w:r>
              <w:rPr>
                <w:b/>
                <w:color w:val="14468C"/>
                <w:sz w:val="34"/>
              </w:rPr>
              <w:t>BRAVO! HAI SCOPERTO QUANTE COSE POSSONO FARE LE TUE MANI.</w:t>
            </w:r>
          </w:p>
        </w:tc>
      </w:tr>
    </w:tbl>
    <w:p w14:paraId="5E03CD47" w14:textId="77777777" w:rsidR="00BB2023" w:rsidRDefault="00000000">
      <w:r>
        <w:br w:type="page"/>
      </w:r>
    </w:p>
    <w:p w14:paraId="52E71880" w14:textId="77777777" w:rsidR="00BB202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B5CEE0F" wp14:editId="57256A6C">
            <wp:extent cx="6372000" cy="872155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3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872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3BC12" w14:textId="77777777" w:rsidR="00BB2023" w:rsidRDefault="00000000">
      <w:pPr>
        <w:jc w:val="center"/>
      </w:pPr>
      <w:r>
        <w:rPr>
          <w:b/>
          <w:color w:val="124682"/>
        </w:rPr>
        <w:t>A CURA DELLA DOTT.SSA ANGELA RUOTOLO</w:t>
      </w:r>
      <w:r>
        <w:rPr>
          <w:b/>
          <w:color w:val="124682"/>
        </w:rPr>
        <w:br/>
      </w:r>
      <w:r>
        <w:rPr>
          <w:b/>
          <w:color w:val="124682"/>
          <w:sz w:val="24"/>
        </w:rPr>
        <w:t>DOCENTE · PEDAGOGISTA CLINICO · PSICOLOGO CLINICO</w:t>
      </w:r>
      <w:r>
        <w:rPr>
          <w:b/>
          <w:color w:val="124682"/>
          <w:sz w:val="24"/>
        </w:rPr>
        <w:br/>
        <w:t>TUTTI I DIRITTI RISERVATI</w:t>
      </w:r>
      <w:r>
        <w:rPr>
          <w:b/>
          <w:color w:val="124682"/>
          <w:sz w:val="24"/>
        </w:rPr>
        <w:br/>
      </w:r>
    </w:p>
    <w:sectPr w:rsidR="00BB2023" w:rsidSect="00034616">
      <w:pgSz w:w="11906" w:h="16838"/>
      <w:pgMar w:top="454" w:right="510" w:bottom="454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4329061">
    <w:abstractNumId w:val="8"/>
  </w:num>
  <w:num w:numId="2" w16cid:durableId="1172649772">
    <w:abstractNumId w:val="6"/>
  </w:num>
  <w:num w:numId="3" w16cid:durableId="910457645">
    <w:abstractNumId w:val="5"/>
  </w:num>
  <w:num w:numId="4" w16cid:durableId="1939095198">
    <w:abstractNumId w:val="4"/>
  </w:num>
  <w:num w:numId="5" w16cid:durableId="564724137">
    <w:abstractNumId w:val="7"/>
  </w:num>
  <w:num w:numId="6" w16cid:durableId="1999766958">
    <w:abstractNumId w:val="3"/>
  </w:num>
  <w:num w:numId="7" w16cid:durableId="375157438">
    <w:abstractNumId w:val="2"/>
  </w:num>
  <w:num w:numId="8" w16cid:durableId="121123224">
    <w:abstractNumId w:val="1"/>
  </w:num>
  <w:num w:numId="9" w16cid:durableId="95783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215C6"/>
    <w:rsid w:val="00AA1D8D"/>
    <w:rsid w:val="00B3652B"/>
    <w:rsid w:val="00B47730"/>
    <w:rsid w:val="00BB202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ADA7C"/>
  <w14:defaultImageDpi w14:val="300"/>
  <w15:docId w15:val="{1E5D112E-B578-4AAF-849A-A5D2A024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2026-08-29T07:28:00Z</dcterms:created>
  <dcterms:modified xsi:type="dcterms:W3CDTF">2026-08-29T07:28:00Z</dcterms:modified>
  <cp:category/>
</cp:coreProperties>
</file>