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E893" w14:textId="77777777" w:rsidR="00FE1CF0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546B7529" wp14:editId="397A7B63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44B69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ADC6879" wp14:editId="64A0A5D3">
            <wp:extent cx="7560000" cy="1069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C64D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2066E84" wp14:editId="4BCA6FC8">
            <wp:extent cx="7560000" cy="1069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D3292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02F1D7B" wp14:editId="1A8ACFA7">
            <wp:extent cx="7560000" cy="1069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9C02A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A4CF695" wp14:editId="559CA5D1">
            <wp:extent cx="7560000" cy="1069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DDCC8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5922E25" wp14:editId="04013EE0">
            <wp:extent cx="7560000" cy="1069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BB01C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ED5CD8C" wp14:editId="2B3B5A37">
            <wp:extent cx="7560000" cy="10692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FF8A3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F00A81B" wp14:editId="773DC928">
            <wp:extent cx="7560000" cy="10692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27694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85AE9F6" wp14:editId="72CE4187">
            <wp:extent cx="7560000" cy="10692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9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053A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DB4DCF7" wp14:editId="4E8DD28F">
            <wp:extent cx="7560000" cy="10692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0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1467B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1D3A845" wp14:editId="1FEB1D42">
            <wp:extent cx="7560000" cy="1069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9B04F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9CE3DAD" wp14:editId="1820E161">
            <wp:extent cx="7560000" cy="10692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D6F16" w14:textId="77777777" w:rsidR="00FE1CF0" w:rsidRDefault="00000000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072FD50" wp14:editId="166CACF3">
            <wp:extent cx="7560000" cy="10692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3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1CF0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1702529">
    <w:abstractNumId w:val="8"/>
  </w:num>
  <w:num w:numId="2" w16cid:durableId="656230994">
    <w:abstractNumId w:val="6"/>
  </w:num>
  <w:num w:numId="3" w16cid:durableId="1284075859">
    <w:abstractNumId w:val="5"/>
  </w:num>
  <w:num w:numId="4" w16cid:durableId="221478635">
    <w:abstractNumId w:val="4"/>
  </w:num>
  <w:num w:numId="5" w16cid:durableId="1947346976">
    <w:abstractNumId w:val="7"/>
  </w:num>
  <w:num w:numId="6" w16cid:durableId="932012462">
    <w:abstractNumId w:val="3"/>
  </w:num>
  <w:num w:numId="7" w16cid:durableId="886838151">
    <w:abstractNumId w:val="2"/>
  </w:num>
  <w:num w:numId="8" w16cid:durableId="871765557">
    <w:abstractNumId w:val="1"/>
  </w:num>
  <w:num w:numId="9" w16cid:durableId="62790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215C6"/>
    <w:rsid w:val="00AA1D8D"/>
    <w:rsid w:val="00B47730"/>
    <w:rsid w:val="00CB0664"/>
    <w:rsid w:val="00F1617B"/>
    <w:rsid w:val="00FC693F"/>
    <w:rsid w:val="00F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27D87D"/>
  <w14:defaultImageDpi w14:val="300"/>
  <w15:docId w15:val="{1E5D112E-B578-4AAF-849A-A5D2A024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RUOTOLO ANGELA</cp:lastModifiedBy>
  <cp:revision>2</cp:revision>
  <dcterms:created xsi:type="dcterms:W3CDTF">2026-08-29T06:20:00Z</dcterms:created>
  <dcterms:modified xsi:type="dcterms:W3CDTF">2026-08-29T06:20:00Z</dcterms:modified>
  <cp:category/>
</cp:coreProperties>
</file>