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4DDD1" w14:textId="77777777" w:rsidR="00385011" w:rsidRDefault="00000000">
      <w:pPr>
        <w:jc w:val="center"/>
      </w:pPr>
      <w:r>
        <w:rPr>
          <w:noProof/>
        </w:rPr>
        <w:drawing>
          <wp:inline distT="0" distB="0" distL="0" distR="0" wp14:anchorId="2A8201DA" wp14:editId="588DC962">
            <wp:extent cx="7056000" cy="96693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1_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966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E5585" w14:textId="77777777" w:rsidR="00385011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52738F7D" wp14:editId="365494EA">
            <wp:extent cx="5802046" cy="1018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1_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2046" cy="10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3AACF" w14:textId="77777777" w:rsidR="00385011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65E19B10" wp14:editId="1B06AEA6">
            <wp:extent cx="6608432" cy="1018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1_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8432" cy="10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C725C" w14:textId="77777777" w:rsidR="00385011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6A66D71E" wp14:editId="06577850">
            <wp:extent cx="7056000" cy="856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2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85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BFEE0" w14:textId="77777777" w:rsidR="00385011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64AF4371" wp14:editId="32BB309A">
            <wp:extent cx="7056000" cy="8542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2_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854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DADD7" w14:textId="77777777" w:rsidR="00385011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524442A9" wp14:editId="1FBE2882">
            <wp:extent cx="7056000" cy="8568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2_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85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30279" w14:textId="77777777" w:rsidR="00385011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5D24D845" wp14:editId="6989AF1F">
            <wp:extent cx="7056000" cy="722915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3_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722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AEFB" w14:textId="77777777" w:rsidR="00385011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62103338" wp14:editId="2289C7F5">
            <wp:extent cx="7056000" cy="679165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3_2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6791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F908C" w14:textId="77777777" w:rsidR="00385011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1AC8C8F7" wp14:editId="23D25FBC">
            <wp:extent cx="7056000" cy="7014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3_3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70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941FF" w14:textId="77777777" w:rsidR="00385011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58AF6505" wp14:editId="5BC353B8">
            <wp:extent cx="7056000" cy="571406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4_1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571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5A647" w14:textId="77777777" w:rsidR="00385011" w:rsidRDefault="00000000">
      <w:pPr>
        <w:pageBreakBefore/>
        <w:jc w:val="center"/>
      </w:pPr>
      <w:r>
        <w:rPr>
          <w:noProof/>
        </w:rPr>
        <w:lastRenderedPageBreak/>
        <w:drawing>
          <wp:inline distT="0" distB="0" distL="0" distR="0" wp14:anchorId="6F6FB10D" wp14:editId="4E0FCC3A">
            <wp:extent cx="6529070" cy="5367363"/>
            <wp:effectExtent l="0" t="0" r="508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_4_2.png"/>
                    <pic:cNvPicPr/>
                  </pic:nvPicPr>
                  <pic:blipFill rotWithShape="1">
                    <a:blip r:embed="rId16"/>
                    <a:srcRect l="7453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152" cy="5368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8FF67" w14:textId="77777777" w:rsidR="00385011" w:rsidRPr="004A154E" w:rsidRDefault="00000000">
      <w:pPr>
        <w:pageBreakBefore/>
        <w:jc w:val="center"/>
        <w:rPr>
          <w:lang w:val="it-IT"/>
        </w:rPr>
      </w:pPr>
      <w:r w:rsidRPr="004A154E">
        <w:rPr>
          <w:b/>
          <w:color w:val="1F5F9E"/>
          <w:sz w:val="60"/>
          <w:lang w:val="it-IT"/>
        </w:rPr>
        <w:lastRenderedPageBreak/>
        <w:t>IO E LUMI</w:t>
      </w:r>
    </w:p>
    <w:p w14:paraId="148B1E50" w14:textId="77777777" w:rsidR="00385011" w:rsidRPr="004A154E" w:rsidRDefault="00000000">
      <w:pPr>
        <w:jc w:val="center"/>
        <w:rPr>
          <w:lang w:val="it-IT"/>
        </w:rPr>
      </w:pPr>
      <w:r w:rsidRPr="004A154E">
        <w:rPr>
          <w:b/>
          <w:color w:val="378C46"/>
          <w:sz w:val="36"/>
          <w:lang w:val="it-IT"/>
        </w:rPr>
        <w:t>SCOPRO IL MIO CORPO</w:t>
      </w:r>
    </w:p>
    <w:p w14:paraId="38169B56" w14:textId="77777777" w:rsidR="00385011" w:rsidRPr="004A154E" w:rsidRDefault="00385011">
      <w:pPr>
        <w:rPr>
          <w:lang w:val="it-IT"/>
        </w:rPr>
      </w:pPr>
    </w:p>
    <w:p w14:paraId="5651F587" w14:textId="77777777" w:rsidR="00385011" w:rsidRPr="004A154E" w:rsidRDefault="00000000">
      <w:pPr>
        <w:jc w:val="center"/>
        <w:rPr>
          <w:lang w:val="it-IT"/>
        </w:rPr>
      </w:pPr>
      <w:r w:rsidRPr="004A154E">
        <w:rPr>
          <w:b/>
          <w:color w:val="ED871C"/>
          <w:sz w:val="32"/>
          <w:lang w:val="it-IT"/>
        </w:rPr>
        <w:t>FASCICOLETTO 2</w:t>
      </w:r>
    </w:p>
    <w:p w14:paraId="21451A3B" w14:textId="77777777" w:rsidR="00385011" w:rsidRPr="004A154E" w:rsidRDefault="00000000">
      <w:pPr>
        <w:jc w:val="center"/>
        <w:rPr>
          <w:lang w:val="it-IT"/>
        </w:rPr>
      </w:pPr>
      <w:r w:rsidRPr="004A154E">
        <w:rPr>
          <w:b/>
          <w:color w:val="1F5F9E"/>
          <w:sz w:val="50"/>
          <w:lang w:val="it-IT"/>
        </w:rPr>
        <w:t>IO E LA MIA TESTA</w:t>
      </w:r>
    </w:p>
    <w:p w14:paraId="730C0945" w14:textId="77777777" w:rsidR="00385011" w:rsidRPr="004A154E" w:rsidRDefault="00385011">
      <w:pPr>
        <w:rPr>
          <w:lang w:val="it-IT"/>
        </w:rPr>
      </w:pPr>
    </w:p>
    <w:p w14:paraId="2FCC92FB" w14:textId="77777777" w:rsidR="00385011" w:rsidRPr="004A154E" w:rsidRDefault="00385011">
      <w:pPr>
        <w:rPr>
          <w:lang w:val="it-IT"/>
        </w:rPr>
      </w:pPr>
    </w:p>
    <w:p w14:paraId="562F64D9" w14:textId="77777777" w:rsidR="00385011" w:rsidRPr="004A154E" w:rsidRDefault="00000000">
      <w:pPr>
        <w:spacing w:after="200"/>
        <w:jc w:val="center"/>
        <w:rPr>
          <w:lang w:val="it-IT"/>
        </w:rPr>
      </w:pPr>
      <w:r w:rsidRPr="004A154E">
        <w:rPr>
          <w:b/>
          <w:color w:val="1F5F9E"/>
          <w:sz w:val="24"/>
          <w:lang w:val="it-IT"/>
        </w:rPr>
        <w:t>A CURA DELLA</w:t>
      </w:r>
    </w:p>
    <w:p w14:paraId="733CC57A" w14:textId="77777777" w:rsidR="00385011" w:rsidRPr="004A154E" w:rsidRDefault="00000000">
      <w:pPr>
        <w:spacing w:after="200"/>
        <w:jc w:val="center"/>
        <w:rPr>
          <w:lang w:val="it-IT"/>
        </w:rPr>
      </w:pPr>
      <w:r w:rsidRPr="004A154E">
        <w:rPr>
          <w:b/>
          <w:color w:val="1F5F9E"/>
          <w:sz w:val="36"/>
          <w:lang w:val="it-IT"/>
        </w:rPr>
        <w:t>DOTT.SSA ANGELA RUOTOLO</w:t>
      </w:r>
    </w:p>
    <w:p w14:paraId="7D70C1B1" w14:textId="77777777" w:rsidR="00385011" w:rsidRPr="004A154E" w:rsidRDefault="00000000">
      <w:pPr>
        <w:spacing w:after="200"/>
        <w:jc w:val="center"/>
        <w:rPr>
          <w:lang w:val="it-IT"/>
        </w:rPr>
      </w:pPr>
      <w:r w:rsidRPr="004A154E">
        <w:rPr>
          <w:b/>
          <w:color w:val="287841"/>
          <w:lang w:val="it-IT"/>
        </w:rPr>
        <w:t>DOCENTE • PEDAGOGISTA CLINICO • PSICOLOGO CLINICO</w:t>
      </w:r>
    </w:p>
    <w:p w14:paraId="69C3A48D" w14:textId="77777777" w:rsidR="00385011" w:rsidRPr="004A154E" w:rsidRDefault="00385011">
      <w:pPr>
        <w:spacing w:after="200"/>
        <w:jc w:val="center"/>
        <w:rPr>
          <w:lang w:val="it-IT"/>
        </w:rPr>
      </w:pPr>
    </w:p>
    <w:p w14:paraId="118C9BCD" w14:textId="77777777" w:rsidR="00385011" w:rsidRPr="004A154E" w:rsidRDefault="00000000">
      <w:pPr>
        <w:spacing w:after="200"/>
        <w:jc w:val="center"/>
        <w:rPr>
          <w:lang w:val="it-IT"/>
        </w:rPr>
      </w:pPr>
      <w:r w:rsidRPr="004A154E">
        <w:rPr>
          <w:b/>
          <w:color w:val="1F5F9E"/>
          <w:sz w:val="26"/>
          <w:lang w:val="it-IT"/>
        </w:rPr>
        <w:t>PROGETTO: IO E LUMI - SCOPRO IL MIO CORPO</w:t>
      </w:r>
    </w:p>
    <w:p w14:paraId="5A41D47F" w14:textId="77777777" w:rsidR="00385011" w:rsidRDefault="00000000">
      <w:pPr>
        <w:spacing w:after="200"/>
        <w:jc w:val="center"/>
      </w:pPr>
      <w:r>
        <w:rPr>
          <w:b/>
          <w:color w:val="ED871C"/>
          <w:sz w:val="24"/>
        </w:rPr>
        <w:t>TUTTI I DIRITTI RISERVATI</w:t>
      </w:r>
    </w:p>
    <w:sectPr w:rsidR="00385011" w:rsidSect="00034616">
      <w:pgSz w:w="11906" w:h="16838"/>
      <w:pgMar w:top="340" w:right="340" w:bottom="340" w:left="3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8278973">
    <w:abstractNumId w:val="8"/>
  </w:num>
  <w:num w:numId="2" w16cid:durableId="1367176088">
    <w:abstractNumId w:val="6"/>
  </w:num>
  <w:num w:numId="3" w16cid:durableId="1171986457">
    <w:abstractNumId w:val="5"/>
  </w:num>
  <w:num w:numId="4" w16cid:durableId="412357737">
    <w:abstractNumId w:val="4"/>
  </w:num>
  <w:num w:numId="5" w16cid:durableId="849298548">
    <w:abstractNumId w:val="7"/>
  </w:num>
  <w:num w:numId="6" w16cid:durableId="1149789770">
    <w:abstractNumId w:val="3"/>
  </w:num>
  <w:num w:numId="7" w16cid:durableId="2020766590">
    <w:abstractNumId w:val="2"/>
  </w:num>
  <w:num w:numId="8" w16cid:durableId="545071020">
    <w:abstractNumId w:val="1"/>
  </w:num>
  <w:num w:numId="9" w16cid:durableId="1246650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5011"/>
    <w:rsid w:val="003A1480"/>
    <w:rsid w:val="004A154E"/>
    <w:rsid w:val="00AA1D8D"/>
    <w:rsid w:val="00B47730"/>
    <w:rsid w:val="00CB0664"/>
    <w:rsid w:val="00E03F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F79B6E"/>
  <w14:defaultImageDpi w14:val="300"/>
  <w15:docId w15:val="{595E8637-CEA5-4EC4-BB0D-8D3D86F6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0"/>
    </w:pPr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RUOTOLO ANGELA</cp:lastModifiedBy>
  <cp:revision>2</cp:revision>
  <dcterms:created xsi:type="dcterms:W3CDTF">2026-08-24T20:05:00Z</dcterms:created>
  <dcterms:modified xsi:type="dcterms:W3CDTF">2026-08-24T20:05:00Z</dcterms:modified>
  <cp:category/>
</cp:coreProperties>
</file>