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B1E74" w14:textId="77777777" w:rsidR="00B63418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390A1A6E" wp14:editId="53A4CFD1">
            <wp:extent cx="6948000" cy="390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BOCCA(3)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48000" cy="390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C1A43" w14:textId="77777777" w:rsidR="00B63418" w:rsidRDefault="00000000">
      <w:pPr>
        <w:jc w:val="center"/>
      </w:pPr>
      <w:r>
        <w:rPr>
          <w:b/>
          <w:color w:val="26914C"/>
          <w:sz w:val="34"/>
        </w:rPr>
        <w:t>FASCICOLETTO 3  ·  SCOPRO IL MIO CORPO</w:t>
      </w:r>
    </w:p>
    <w:p w14:paraId="5CB8592D" w14:textId="77777777" w:rsidR="00B63418" w:rsidRDefault="00000000">
      <w:pPr>
        <w:jc w:val="center"/>
      </w:pPr>
      <w:r>
        <w:rPr>
          <w:b/>
          <w:color w:val="145691"/>
          <w:sz w:val="30"/>
        </w:rPr>
        <w:t>CON LA BOCCA PARLO, SOFFIO, CANTO E SORRIDO.</w:t>
      </w:r>
    </w:p>
    <w:p w14:paraId="2741EF36" w14:textId="77777777" w:rsidR="00B63418" w:rsidRDefault="00000000">
      <w:r>
        <w:br w:type="page"/>
      </w:r>
    </w:p>
    <w:p w14:paraId="2782B89F" w14:textId="77777777" w:rsidR="00B63418" w:rsidRDefault="00000000">
      <w:pPr>
        <w:jc w:val="center"/>
      </w:pPr>
      <w:r>
        <w:rPr>
          <w:b/>
          <w:sz w:val="46"/>
        </w:rPr>
        <w:lastRenderedPageBreak/>
        <w:t>RISERVATO AL DOCENTE</w:t>
      </w:r>
    </w:p>
    <w:p w14:paraId="5CF1629C" w14:textId="77777777" w:rsidR="00B63418" w:rsidRDefault="00000000">
      <w:pPr>
        <w:spacing w:after="20"/>
      </w:pPr>
      <w:r>
        <w:rPr>
          <w:b/>
          <w:sz w:val="30"/>
        </w:rPr>
        <w:t>OBIETTIVO GENERALE</w:t>
      </w:r>
    </w:p>
    <w:p w14:paraId="3360D303" w14:textId="77777777" w:rsidR="00B63418" w:rsidRDefault="00000000">
      <w:pPr>
        <w:spacing w:after="80"/>
      </w:pPr>
      <w:r>
        <w:rPr>
          <w:sz w:val="21"/>
        </w:rPr>
        <w:t>Accompagnare il bambino alla scoperta della bocca attraverso movimento, respiro, suono, parola, relazione, musica, emozione e comunicazione.</w:t>
      </w:r>
    </w:p>
    <w:p w14:paraId="248BF9DA" w14:textId="77777777" w:rsidR="00B63418" w:rsidRDefault="00000000">
      <w:pPr>
        <w:spacing w:after="20"/>
      </w:pPr>
      <w:r>
        <w:rPr>
          <w:b/>
          <w:sz w:val="30"/>
        </w:rPr>
        <w:t>COME USARE IL FASCICOLETTO</w:t>
      </w:r>
    </w:p>
    <w:p w14:paraId="28FCD8EB" w14:textId="77777777" w:rsidR="00B63418" w:rsidRDefault="00000000">
      <w:pPr>
        <w:spacing w:after="80"/>
      </w:pPr>
      <w:r>
        <w:rPr>
          <w:sz w:val="21"/>
        </w:rPr>
        <w:t>Proporre una scheda alla volta, rispettando i tempi del bambino.</w:t>
      </w:r>
      <w:r>
        <w:rPr>
          <w:sz w:val="21"/>
        </w:rPr>
        <w:br/>
        <w:t>La progressione va dal più semplice al più complesso:</w:t>
      </w:r>
      <w:r>
        <w:rPr>
          <w:sz w:val="21"/>
        </w:rPr>
        <w:br/>
        <w:t>SCOPRO → RICONOSCO → MUOVO → SOFFIO → SUONO → PARLO → CANTO → COMUNICO.</w:t>
      </w:r>
      <w:r>
        <w:rPr>
          <w:sz w:val="21"/>
        </w:rPr>
        <w:br/>
        <w:t>Le consegne vanno lette lentamente e possono essere accompagnate dai simboli CAA/ARASAAC utilizzati nel progetto.</w:t>
      </w:r>
    </w:p>
    <w:p w14:paraId="071A761B" w14:textId="77777777" w:rsidR="00B63418" w:rsidRDefault="00000000">
      <w:pPr>
        <w:spacing w:after="20"/>
      </w:pPr>
      <w:r>
        <w:rPr>
          <w:b/>
          <w:sz w:val="30"/>
        </w:rPr>
        <w:t>OBIETTIVI SPECIFICI</w:t>
      </w:r>
    </w:p>
    <w:p w14:paraId="1D31AF45" w14:textId="77777777" w:rsidR="00B63418" w:rsidRDefault="00000000">
      <w:pPr>
        <w:spacing w:after="80"/>
      </w:pPr>
      <w:r>
        <w:rPr>
          <w:sz w:val="21"/>
        </w:rPr>
        <w:t>• Riconoscere e nominare la bocca.</w:t>
      </w:r>
      <w:r>
        <w:rPr>
          <w:sz w:val="21"/>
        </w:rPr>
        <w:br/>
        <w:t>• Individuare la bocca sul viso.</w:t>
      </w:r>
      <w:r>
        <w:rPr>
          <w:sz w:val="21"/>
        </w:rPr>
        <w:br/>
        <w:t>• Aprire, chiudere e muovere la bocca in modo intenzionale.</w:t>
      </w:r>
      <w:r>
        <w:rPr>
          <w:sz w:val="21"/>
        </w:rPr>
        <w:br/>
        <w:t>• Sperimentare il soffio e coordinare respiro e movimento.</w:t>
      </w:r>
      <w:r>
        <w:rPr>
          <w:sz w:val="21"/>
        </w:rPr>
        <w:br/>
        <w:t>• Associare gesto, immagine, suono, sillaba e parola.</w:t>
      </w:r>
      <w:r>
        <w:rPr>
          <w:sz w:val="21"/>
        </w:rPr>
        <w:br/>
        <w:t>• Riconoscere semplici emozioni attraverso la bocca e il volto.</w:t>
      </w:r>
      <w:r>
        <w:rPr>
          <w:sz w:val="21"/>
        </w:rPr>
        <w:br/>
        <w:t>• Partecipare ad attività ritmiche, vocali e musicali.</w:t>
      </w:r>
    </w:p>
    <w:p w14:paraId="161DAC28" w14:textId="77777777" w:rsidR="00B63418" w:rsidRDefault="00000000">
      <w:pPr>
        <w:spacing w:after="20"/>
      </w:pPr>
      <w:r>
        <w:rPr>
          <w:b/>
          <w:sz w:val="30"/>
        </w:rPr>
        <w:t>CORNICE TEORICA</w:t>
      </w:r>
    </w:p>
    <w:p w14:paraId="0B6235F4" w14:textId="77777777" w:rsidR="00B63418" w:rsidRDefault="00000000">
      <w:pPr>
        <w:spacing w:after="80"/>
      </w:pPr>
      <w:r>
        <w:rPr>
          <w:sz w:val="21"/>
        </w:rPr>
        <w:t>EMBODIED COGNITION: la conoscenza parte dal corpo; muovere la bocca, respirare, soffiare e vocalizzare sono esperienze corporee che sostengono apprendimento e consapevolezza.</w:t>
      </w:r>
      <w:r>
        <w:rPr>
          <w:sz w:val="21"/>
        </w:rPr>
        <w:br/>
      </w:r>
      <w:r>
        <w:rPr>
          <w:sz w:val="21"/>
        </w:rPr>
        <w:br/>
        <w:t>PEDAGOGIA CLINICA: la bocca partecipa alla relazione, all’espressione e alla comunicazione; ogni risposta del bambino viene accolta nelle sue diverse modalità.</w:t>
      </w:r>
      <w:r>
        <w:rPr>
          <w:sz w:val="21"/>
        </w:rPr>
        <w:br/>
      </w:r>
      <w:r>
        <w:rPr>
          <w:sz w:val="21"/>
        </w:rPr>
        <w:br/>
        <w:t>MUSICOPEDAGOGIA: ritmo, vocalizzi, pause, canto e giochi di soffio sostengono attenzione, imitazione, coordinazione e piacere comunicativo.</w:t>
      </w:r>
      <w:r>
        <w:rPr>
          <w:sz w:val="21"/>
        </w:rPr>
        <w:br/>
      </w:r>
      <w:r>
        <w:rPr>
          <w:sz w:val="21"/>
        </w:rPr>
        <w:br/>
        <w:t>NEUROSCIENZE: l’integrazione tra movimento oro-facciale, respiro, udito, ritmo e linguaggio favorisce memoria multisensoriale, pianificazione motoria e comunicazione.</w:t>
      </w:r>
      <w:r>
        <w:rPr>
          <w:sz w:val="21"/>
        </w:rPr>
        <w:br/>
      </w:r>
      <w:r>
        <w:rPr>
          <w:sz w:val="21"/>
        </w:rPr>
        <w:br/>
        <w:t>PROSPETTIVA INCLUSIVA: la CAA e i simboli ARASAAC offrono canali alternativi o complementari alla comunicazione verbale; non si forza il contatto, l’imitazione o la vocalizzazione.</w:t>
      </w:r>
    </w:p>
    <w:p w14:paraId="51BC86B0" w14:textId="77777777" w:rsidR="00B63418" w:rsidRDefault="00000000">
      <w:pPr>
        <w:jc w:val="center"/>
      </w:pPr>
      <w:r>
        <w:rPr>
          <w:b/>
          <w:sz w:val="21"/>
        </w:rPr>
        <w:t>A CURA DELLA DOTT.SSA ANGELA RUOTOLO</w:t>
      </w:r>
      <w:r>
        <w:rPr>
          <w:b/>
          <w:sz w:val="21"/>
        </w:rPr>
        <w:br/>
        <w:t>DOCENTE · PEDAGOGISTA CLINICO · PSICOLOGO CLINICO</w:t>
      </w:r>
      <w:r>
        <w:rPr>
          <w:b/>
          <w:sz w:val="21"/>
        </w:rPr>
        <w:br/>
        <w:t>TUTTI I DIRITTI RISERVATI</w:t>
      </w:r>
    </w:p>
    <w:p w14:paraId="4887FEDB" w14:textId="77777777" w:rsidR="00B63418" w:rsidRDefault="00000000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5556"/>
      </w:tblGrid>
      <w:tr w:rsidR="00B63418" w14:paraId="42BDB8F0" w14:textId="77777777">
        <w:tc>
          <w:tcPr>
            <w:tcW w:w="5556" w:type="dxa"/>
          </w:tcPr>
          <w:p w14:paraId="2448E722" w14:textId="77777777" w:rsidR="00B63418" w:rsidRDefault="00000000">
            <w:r>
              <w:rPr>
                <w:b/>
                <w:sz w:val="22"/>
              </w:rPr>
              <w:lastRenderedPageBreak/>
              <w:t>NOME: ______________________________</w:t>
            </w:r>
          </w:p>
        </w:tc>
        <w:tc>
          <w:tcPr>
            <w:tcW w:w="5556" w:type="dxa"/>
          </w:tcPr>
          <w:p w14:paraId="1BD7D972" w14:textId="77777777" w:rsidR="00B63418" w:rsidRDefault="00000000">
            <w:r>
              <w:rPr>
                <w:b/>
                <w:sz w:val="22"/>
              </w:rPr>
              <w:t>DATA: ____ / ____ / ______</w:t>
            </w:r>
          </w:p>
        </w:tc>
      </w:tr>
    </w:tbl>
    <w:p w14:paraId="036CB6D1" w14:textId="77777777" w:rsidR="00B63418" w:rsidRDefault="00000000">
      <w:pPr>
        <w:spacing w:after="80"/>
        <w:jc w:val="center"/>
      </w:pPr>
      <w:r>
        <w:rPr>
          <w:b/>
          <w:color w:val="EB6919"/>
          <w:sz w:val="44"/>
        </w:rPr>
        <w:t>IL TABELLONE DELLA BOCCA</w:t>
      </w:r>
    </w:p>
    <w:p w14:paraId="7CAE2B6A" w14:textId="77777777" w:rsidR="00B63418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74C5674E" wp14:editId="54190822">
            <wp:extent cx="6660000" cy="3746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mini_Generated_Image_u0j4oiu0j4oiu0j4 (2)(1)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3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48A41" w14:textId="77777777" w:rsidR="00B63418" w:rsidRDefault="00000000">
      <w:pPr>
        <w:spacing w:before="100"/>
        <w:jc w:val="center"/>
      </w:pPr>
      <w:r>
        <w:rPr>
          <w:b/>
          <w:color w:val="145691"/>
          <w:sz w:val="28"/>
        </w:rPr>
        <w:t>GUARDA, INDICA E NOMINA: BOCCA · PARLARE · CANTARE · SOFFIARE · SORRIDERE · RESPIRARE.</w:t>
      </w:r>
    </w:p>
    <w:p w14:paraId="4EF8A61F" w14:textId="77777777" w:rsidR="00B63418" w:rsidRDefault="00000000">
      <w:pPr>
        <w:spacing w:before="80"/>
        <w:jc w:val="center"/>
      </w:pPr>
      <w:r>
        <w:rPr>
          <w:color w:val="646464"/>
          <w:sz w:val="18"/>
        </w:rPr>
        <w:t>3</w:t>
      </w:r>
    </w:p>
    <w:p w14:paraId="3409CA2E" w14:textId="77777777" w:rsidR="00B63418" w:rsidRDefault="00000000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5556"/>
      </w:tblGrid>
      <w:tr w:rsidR="00B63418" w14:paraId="4668555A" w14:textId="77777777">
        <w:tc>
          <w:tcPr>
            <w:tcW w:w="5556" w:type="dxa"/>
          </w:tcPr>
          <w:p w14:paraId="769E1528" w14:textId="77777777" w:rsidR="00B63418" w:rsidRDefault="00000000">
            <w:r>
              <w:rPr>
                <w:b/>
                <w:sz w:val="22"/>
              </w:rPr>
              <w:lastRenderedPageBreak/>
              <w:t>NOME: ______________________________</w:t>
            </w:r>
          </w:p>
        </w:tc>
        <w:tc>
          <w:tcPr>
            <w:tcW w:w="5556" w:type="dxa"/>
          </w:tcPr>
          <w:p w14:paraId="299EA68E" w14:textId="77777777" w:rsidR="00B63418" w:rsidRDefault="00000000">
            <w:r>
              <w:rPr>
                <w:b/>
                <w:sz w:val="22"/>
              </w:rPr>
              <w:t>DATA: ____ / ____ / ______</w:t>
            </w:r>
          </w:p>
        </w:tc>
      </w:tr>
    </w:tbl>
    <w:p w14:paraId="2B9F2747" w14:textId="77777777" w:rsidR="00B63418" w:rsidRDefault="00000000">
      <w:pPr>
        <w:spacing w:after="80"/>
        <w:jc w:val="center"/>
      </w:pPr>
      <w:r>
        <w:rPr>
          <w:b/>
          <w:color w:val="145691"/>
          <w:sz w:val="44"/>
        </w:rPr>
        <w:t>1  SCOPRO LA MIA BOCCA</w:t>
      </w:r>
    </w:p>
    <w:p w14:paraId="13B29082" w14:textId="77777777" w:rsidR="00B63418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5F59D04C" wp14:editId="1398EC8C">
            <wp:extent cx="6480000" cy="57543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cove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7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E8A2B" w14:textId="77777777" w:rsidR="00B63418" w:rsidRDefault="00000000">
      <w:pPr>
        <w:spacing w:before="100"/>
        <w:jc w:val="center"/>
      </w:pPr>
      <w:r>
        <w:rPr>
          <w:b/>
          <w:color w:val="145691"/>
          <w:sz w:val="28"/>
        </w:rPr>
        <w:t>COLORA SOLO LA BOCCA DI LUMI.</w:t>
      </w:r>
    </w:p>
    <w:p w14:paraId="79E75D46" w14:textId="77777777" w:rsidR="00B63418" w:rsidRDefault="00000000">
      <w:pPr>
        <w:spacing w:before="80"/>
        <w:jc w:val="center"/>
      </w:pPr>
      <w:r>
        <w:rPr>
          <w:color w:val="646464"/>
          <w:sz w:val="18"/>
        </w:rPr>
        <w:t>3</w:t>
      </w:r>
    </w:p>
    <w:p w14:paraId="3BF23579" w14:textId="77777777" w:rsidR="00B63418" w:rsidRDefault="00000000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5556"/>
      </w:tblGrid>
      <w:tr w:rsidR="00B63418" w14:paraId="01E6421E" w14:textId="77777777">
        <w:tc>
          <w:tcPr>
            <w:tcW w:w="5556" w:type="dxa"/>
          </w:tcPr>
          <w:p w14:paraId="55FA444A" w14:textId="77777777" w:rsidR="00B63418" w:rsidRDefault="00000000">
            <w:r>
              <w:rPr>
                <w:b/>
                <w:sz w:val="22"/>
              </w:rPr>
              <w:lastRenderedPageBreak/>
              <w:t>NOME: ______________________________</w:t>
            </w:r>
          </w:p>
        </w:tc>
        <w:tc>
          <w:tcPr>
            <w:tcW w:w="5556" w:type="dxa"/>
          </w:tcPr>
          <w:p w14:paraId="7D1AA2D8" w14:textId="77777777" w:rsidR="00B63418" w:rsidRDefault="00000000">
            <w:r>
              <w:rPr>
                <w:b/>
                <w:sz w:val="22"/>
              </w:rPr>
              <w:t>DATA: ____ / ____ / ______</w:t>
            </w:r>
          </w:p>
        </w:tc>
      </w:tr>
    </w:tbl>
    <w:p w14:paraId="79831FEF" w14:textId="77777777" w:rsidR="00B63418" w:rsidRDefault="00000000">
      <w:pPr>
        <w:spacing w:after="80"/>
        <w:jc w:val="center"/>
      </w:pPr>
      <w:r>
        <w:rPr>
          <w:b/>
          <w:color w:val="145691"/>
          <w:sz w:val="44"/>
        </w:rPr>
        <w:t>2  DOV’È LA MIA BOCCA?</w:t>
      </w:r>
    </w:p>
    <w:p w14:paraId="366D0605" w14:textId="77777777" w:rsidR="00B63418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6CB770C7" wp14:editId="546E6BCB">
            <wp:extent cx="6480000" cy="57543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er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7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CB17B" w14:textId="77777777" w:rsidR="00B63418" w:rsidRDefault="00000000">
      <w:pPr>
        <w:spacing w:before="100"/>
        <w:jc w:val="center"/>
      </w:pPr>
      <w:r>
        <w:rPr>
          <w:b/>
          <w:color w:val="145691"/>
          <w:sz w:val="28"/>
        </w:rPr>
        <w:t>CERCHIA LA BOCCA. POI TOCCA LA TUA BOCCA.</w:t>
      </w:r>
    </w:p>
    <w:p w14:paraId="23816FFC" w14:textId="77777777" w:rsidR="00B63418" w:rsidRDefault="00000000">
      <w:pPr>
        <w:spacing w:before="80"/>
        <w:jc w:val="center"/>
      </w:pPr>
      <w:r>
        <w:rPr>
          <w:color w:val="646464"/>
          <w:sz w:val="18"/>
        </w:rPr>
        <w:t>4</w:t>
      </w:r>
    </w:p>
    <w:p w14:paraId="37B1E825" w14:textId="77777777" w:rsidR="00B63418" w:rsidRDefault="00000000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5556"/>
      </w:tblGrid>
      <w:tr w:rsidR="00B63418" w14:paraId="4B42CF3B" w14:textId="77777777">
        <w:tc>
          <w:tcPr>
            <w:tcW w:w="5556" w:type="dxa"/>
          </w:tcPr>
          <w:p w14:paraId="3F23A5DD" w14:textId="77777777" w:rsidR="00B63418" w:rsidRDefault="00000000">
            <w:r>
              <w:rPr>
                <w:b/>
                <w:sz w:val="22"/>
              </w:rPr>
              <w:lastRenderedPageBreak/>
              <w:t>NOME: ______________________________</w:t>
            </w:r>
          </w:p>
        </w:tc>
        <w:tc>
          <w:tcPr>
            <w:tcW w:w="5556" w:type="dxa"/>
          </w:tcPr>
          <w:p w14:paraId="559EE1A1" w14:textId="77777777" w:rsidR="00B63418" w:rsidRDefault="00000000">
            <w:r>
              <w:rPr>
                <w:b/>
                <w:sz w:val="22"/>
              </w:rPr>
              <w:t>DATA: ____ / ____ / ______</w:t>
            </w:r>
          </w:p>
        </w:tc>
      </w:tr>
    </w:tbl>
    <w:p w14:paraId="5D14D9EE" w14:textId="77777777" w:rsidR="00B63418" w:rsidRDefault="00000000">
      <w:pPr>
        <w:spacing w:after="80"/>
        <w:jc w:val="center"/>
      </w:pPr>
      <w:r>
        <w:rPr>
          <w:b/>
          <w:color w:val="145691"/>
          <w:sz w:val="44"/>
        </w:rPr>
        <w:t>3  LA BOCCA FA...</w:t>
      </w:r>
    </w:p>
    <w:p w14:paraId="03F974F4" w14:textId="77777777" w:rsidR="00B63418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2B2A1AFF" wp14:editId="095A70B9">
            <wp:extent cx="6480000" cy="57543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on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7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860ED" w14:textId="77777777" w:rsidR="00B63418" w:rsidRDefault="00000000">
      <w:pPr>
        <w:spacing w:before="100"/>
        <w:jc w:val="center"/>
      </w:pPr>
      <w:r>
        <w:rPr>
          <w:b/>
          <w:color w:val="145691"/>
          <w:sz w:val="28"/>
        </w:rPr>
        <w:t>COLLEGA LE AZIONI ALLA BOCCA: PARLARE · SOFFIARE · CANTARE · SORRIDERE.</w:t>
      </w:r>
    </w:p>
    <w:p w14:paraId="207B24FD" w14:textId="77777777" w:rsidR="00B63418" w:rsidRDefault="00000000">
      <w:pPr>
        <w:spacing w:before="80"/>
        <w:jc w:val="center"/>
      </w:pPr>
      <w:r>
        <w:rPr>
          <w:color w:val="646464"/>
          <w:sz w:val="18"/>
        </w:rPr>
        <w:t>5</w:t>
      </w:r>
    </w:p>
    <w:p w14:paraId="2F46BCED" w14:textId="77777777" w:rsidR="00B63418" w:rsidRDefault="00000000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5556"/>
      </w:tblGrid>
      <w:tr w:rsidR="00B63418" w14:paraId="51A549C2" w14:textId="77777777">
        <w:tc>
          <w:tcPr>
            <w:tcW w:w="5556" w:type="dxa"/>
          </w:tcPr>
          <w:p w14:paraId="47CAA0B8" w14:textId="77777777" w:rsidR="00B63418" w:rsidRDefault="00000000">
            <w:r>
              <w:rPr>
                <w:b/>
                <w:sz w:val="22"/>
              </w:rPr>
              <w:lastRenderedPageBreak/>
              <w:t>NOME: ______________________________</w:t>
            </w:r>
          </w:p>
        </w:tc>
        <w:tc>
          <w:tcPr>
            <w:tcW w:w="5556" w:type="dxa"/>
          </w:tcPr>
          <w:p w14:paraId="43849DC4" w14:textId="77777777" w:rsidR="00B63418" w:rsidRDefault="00000000">
            <w:r>
              <w:rPr>
                <w:b/>
                <w:sz w:val="22"/>
              </w:rPr>
              <w:t>DATA: ____ / ____ / ______</w:t>
            </w:r>
          </w:p>
        </w:tc>
      </w:tr>
    </w:tbl>
    <w:p w14:paraId="4D0B8459" w14:textId="77777777" w:rsidR="00B63418" w:rsidRDefault="00000000">
      <w:pPr>
        <w:spacing w:after="80"/>
        <w:jc w:val="center"/>
      </w:pPr>
      <w:r>
        <w:rPr>
          <w:b/>
          <w:color w:val="145691"/>
          <w:sz w:val="44"/>
        </w:rPr>
        <w:t>4  APRO E CHIUDO</w:t>
      </w:r>
    </w:p>
    <w:p w14:paraId="4DE12140" w14:textId="77777777" w:rsidR="00B63418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6DA312A4" wp14:editId="240F0894">
            <wp:extent cx="6480000" cy="57543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clos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7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562B3" w14:textId="77777777" w:rsidR="00B63418" w:rsidRDefault="00000000">
      <w:pPr>
        <w:spacing w:before="100"/>
        <w:jc w:val="center"/>
      </w:pPr>
      <w:r>
        <w:rPr>
          <w:b/>
          <w:color w:val="145691"/>
          <w:sz w:val="28"/>
        </w:rPr>
        <w:t>DISEGNA UNA BOCCA APERTA E UNA BOCCA CHIUSA.</w:t>
      </w:r>
    </w:p>
    <w:p w14:paraId="3F684DAF" w14:textId="77777777" w:rsidR="00B63418" w:rsidRDefault="00000000">
      <w:pPr>
        <w:spacing w:before="80"/>
        <w:jc w:val="center"/>
      </w:pPr>
      <w:r>
        <w:rPr>
          <w:color w:val="646464"/>
          <w:sz w:val="18"/>
        </w:rPr>
        <w:t>6</w:t>
      </w:r>
    </w:p>
    <w:p w14:paraId="1F79188E" w14:textId="77777777" w:rsidR="00B63418" w:rsidRDefault="00000000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5556"/>
      </w:tblGrid>
      <w:tr w:rsidR="00B63418" w14:paraId="4EE60A85" w14:textId="77777777">
        <w:tc>
          <w:tcPr>
            <w:tcW w:w="5556" w:type="dxa"/>
          </w:tcPr>
          <w:p w14:paraId="03AFBB3C" w14:textId="77777777" w:rsidR="00B63418" w:rsidRDefault="00000000">
            <w:r>
              <w:rPr>
                <w:b/>
                <w:sz w:val="22"/>
              </w:rPr>
              <w:lastRenderedPageBreak/>
              <w:t>NOME: ______________________________</w:t>
            </w:r>
          </w:p>
        </w:tc>
        <w:tc>
          <w:tcPr>
            <w:tcW w:w="5556" w:type="dxa"/>
          </w:tcPr>
          <w:p w14:paraId="07AE9064" w14:textId="77777777" w:rsidR="00B63418" w:rsidRDefault="00000000">
            <w:r>
              <w:rPr>
                <w:b/>
                <w:sz w:val="22"/>
              </w:rPr>
              <w:t>DATA: ____ / ____ / ______</w:t>
            </w:r>
          </w:p>
        </w:tc>
      </w:tr>
    </w:tbl>
    <w:p w14:paraId="6A2E6103" w14:textId="77777777" w:rsidR="00B63418" w:rsidRDefault="00000000">
      <w:pPr>
        <w:spacing w:after="80"/>
        <w:jc w:val="center"/>
      </w:pPr>
      <w:r>
        <w:rPr>
          <w:b/>
          <w:color w:val="145691"/>
          <w:sz w:val="44"/>
        </w:rPr>
        <w:t>5  I MOVIMENTI DELLA BOCCA</w:t>
      </w:r>
    </w:p>
    <w:p w14:paraId="104CA1FC" w14:textId="77777777" w:rsidR="00B63418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6FC8D7ED" wp14:editId="071087DA">
            <wp:extent cx="6480000" cy="57543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ve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7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EF79E" w14:textId="77777777" w:rsidR="00B63418" w:rsidRDefault="00000000">
      <w:pPr>
        <w:spacing w:before="100"/>
        <w:jc w:val="center"/>
      </w:pPr>
      <w:r>
        <w:rPr>
          <w:b/>
          <w:color w:val="145691"/>
          <w:sz w:val="28"/>
        </w:rPr>
        <w:t>IMITA LUMI: APRI, CHIUDI, FAI “O”, SORRIDI. NON FORZARE IL MOVIMENTO.</w:t>
      </w:r>
    </w:p>
    <w:p w14:paraId="789E55A4" w14:textId="77777777" w:rsidR="00B63418" w:rsidRDefault="00000000">
      <w:pPr>
        <w:spacing w:before="80"/>
        <w:jc w:val="center"/>
      </w:pPr>
      <w:r>
        <w:rPr>
          <w:color w:val="646464"/>
          <w:sz w:val="18"/>
        </w:rPr>
        <w:t>7</w:t>
      </w:r>
    </w:p>
    <w:p w14:paraId="6D486E56" w14:textId="77777777" w:rsidR="00B63418" w:rsidRDefault="00000000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5556"/>
      </w:tblGrid>
      <w:tr w:rsidR="00B63418" w14:paraId="07521BD5" w14:textId="77777777">
        <w:tc>
          <w:tcPr>
            <w:tcW w:w="5556" w:type="dxa"/>
          </w:tcPr>
          <w:p w14:paraId="0EBDB987" w14:textId="77777777" w:rsidR="00B63418" w:rsidRDefault="00000000">
            <w:r>
              <w:rPr>
                <w:b/>
                <w:sz w:val="22"/>
              </w:rPr>
              <w:lastRenderedPageBreak/>
              <w:t>NOME: ______________________________</w:t>
            </w:r>
          </w:p>
        </w:tc>
        <w:tc>
          <w:tcPr>
            <w:tcW w:w="5556" w:type="dxa"/>
          </w:tcPr>
          <w:p w14:paraId="1F833342" w14:textId="77777777" w:rsidR="00B63418" w:rsidRDefault="00000000">
            <w:r>
              <w:rPr>
                <w:b/>
                <w:sz w:val="22"/>
              </w:rPr>
              <w:t>DATA: ____ / ____ / ______</w:t>
            </w:r>
          </w:p>
        </w:tc>
      </w:tr>
    </w:tbl>
    <w:p w14:paraId="74027E56" w14:textId="77777777" w:rsidR="00B63418" w:rsidRDefault="00000000">
      <w:pPr>
        <w:spacing w:after="80"/>
        <w:jc w:val="center"/>
      </w:pPr>
      <w:r>
        <w:rPr>
          <w:b/>
          <w:color w:val="145691"/>
          <w:sz w:val="44"/>
        </w:rPr>
        <w:t>6  SOFFIO COME IL VENTO</w:t>
      </w:r>
    </w:p>
    <w:p w14:paraId="1EB59FC8" w14:textId="77777777" w:rsidR="00B63418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20386747" wp14:editId="2EDEC14C">
            <wp:extent cx="6480000" cy="575437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w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7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F7CEB" w14:textId="77777777" w:rsidR="00B63418" w:rsidRDefault="00000000">
      <w:pPr>
        <w:spacing w:before="100"/>
        <w:jc w:val="center"/>
      </w:pPr>
      <w:r>
        <w:rPr>
          <w:b/>
          <w:color w:val="145691"/>
          <w:sz w:val="28"/>
        </w:rPr>
        <w:t>SOFFIA DOLCEMENTE. COLORA LE COSE CHE POSSONO MUOVERSI CON IL SOFFIO.</w:t>
      </w:r>
    </w:p>
    <w:p w14:paraId="2528253B" w14:textId="77777777" w:rsidR="00B63418" w:rsidRDefault="00000000">
      <w:pPr>
        <w:spacing w:before="80"/>
        <w:jc w:val="center"/>
      </w:pPr>
      <w:r>
        <w:rPr>
          <w:color w:val="646464"/>
          <w:sz w:val="18"/>
        </w:rPr>
        <w:t>8</w:t>
      </w:r>
    </w:p>
    <w:p w14:paraId="10290474" w14:textId="77777777" w:rsidR="00B63418" w:rsidRDefault="00000000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5556"/>
      </w:tblGrid>
      <w:tr w:rsidR="00B63418" w14:paraId="30CEE644" w14:textId="77777777">
        <w:tc>
          <w:tcPr>
            <w:tcW w:w="5556" w:type="dxa"/>
          </w:tcPr>
          <w:p w14:paraId="109C9C94" w14:textId="77777777" w:rsidR="00B63418" w:rsidRDefault="00000000">
            <w:r>
              <w:rPr>
                <w:b/>
                <w:sz w:val="22"/>
              </w:rPr>
              <w:lastRenderedPageBreak/>
              <w:t>NOME: ______________________________</w:t>
            </w:r>
          </w:p>
        </w:tc>
        <w:tc>
          <w:tcPr>
            <w:tcW w:w="5556" w:type="dxa"/>
          </w:tcPr>
          <w:p w14:paraId="632F8359" w14:textId="77777777" w:rsidR="00B63418" w:rsidRDefault="00000000">
            <w:r>
              <w:rPr>
                <w:b/>
                <w:sz w:val="22"/>
              </w:rPr>
              <w:t>DATA: ____ / ____ / ______</w:t>
            </w:r>
          </w:p>
        </w:tc>
      </w:tr>
    </w:tbl>
    <w:p w14:paraId="0C649EFD" w14:textId="77777777" w:rsidR="00B63418" w:rsidRDefault="00000000">
      <w:pPr>
        <w:spacing w:after="80"/>
        <w:jc w:val="center"/>
      </w:pPr>
      <w:r>
        <w:rPr>
          <w:b/>
          <w:color w:val="145691"/>
          <w:sz w:val="44"/>
        </w:rPr>
        <w:t>7  LE SILLABE DELLA BOCCA</w:t>
      </w:r>
    </w:p>
    <w:p w14:paraId="0B34130D" w14:textId="77777777" w:rsidR="00B63418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32AA446C" wp14:editId="490FA579">
            <wp:extent cx="6480000" cy="57712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ll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77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B839B" w14:textId="77777777" w:rsidR="00B63418" w:rsidRDefault="00000000">
      <w:pPr>
        <w:spacing w:before="100"/>
        <w:jc w:val="center"/>
      </w:pPr>
      <w:r>
        <w:rPr>
          <w:b/>
          <w:color w:val="145691"/>
          <w:sz w:val="28"/>
        </w:rPr>
        <w:t>LEGGI O ASCOLTA: MA · ME · MI · MO · MU. RIPETI SOLO SE TI VA.</w:t>
      </w:r>
    </w:p>
    <w:p w14:paraId="0584BFC2" w14:textId="77777777" w:rsidR="00B63418" w:rsidRDefault="00000000">
      <w:pPr>
        <w:spacing w:before="80"/>
        <w:jc w:val="center"/>
      </w:pPr>
      <w:r>
        <w:rPr>
          <w:color w:val="646464"/>
          <w:sz w:val="18"/>
        </w:rPr>
        <w:t>9</w:t>
      </w:r>
    </w:p>
    <w:p w14:paraId="50BD1EE9" w14:textId="77777777" w:rsidR="00B63418" w:rsidRDefault="00000000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5556"/>
      </w:tblGrid>
      <w:tr w:rsidR="00B63418" w14:paraId="2907AD33" w14:textId="77777777">
        <w:tc>
          <w:tcPr>
            <w:tcW w:w="5556" w:type="dxa"/>
          </w:tcPr>
          <w:p w14:paraId="0257BBA5" w14:textId="77777777" w:rsidR="00B63418" w:rsidRDefault="00000000">
            <w:r>
              <w:rPr>
                <w:b/>
                <w:sz w:val="22"/>
              </w:rPr>
              <w:lastRenderedPageBreak/>
              <w:t>NOME: ______________________________</w:t>
            </w:r>
          </w:p>
        </w:tc>
        <w:tc>
          <w:tcPr>
            <w:tcW w:w="5556" w:type="dxa"/>
          </w:tcPr>
          <w:p w14:paraId="7AC66B1A" w14:textId="77777777" w:rsidR="00B63418" w:rsidRDefault="00000000">
            <w:r>
              <w:rPr>
                <w:b/>
                <w:sz w:val="22"/>
              </w:rPr>
              <w:t>DATA: ____ / ____ / ______</w:t>
            </w:r>
          </w:p>
        </w:tc>
      </w:tr>
    </w:tbl>
    <w:p w14:paraId="268C4589" w14:textId="77777777" w:rsidR="00B63418" w:rsidRDefault="00000000">
      <w:pPr>
        <w:spacing w:after="80"/>
        <w:jc w:val="center"/>
      </w:pPr>
      <w:r>
        <w:rPr>
          <w:b/>
          <w:color w:val="145691"/>
          <w:sz w:val="44"/>
        </w:rPr>
        <w:t>8  COMPLETA E LEGGI</w:t>
      </w:r>
    </w:p>
    <w:p w14:paraId="6E546199" w14:textId="77777777" w:rsidR="00B63418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784BDC4F" wp14:editId="114FBC3C">
            <wp:extent cx="6480000" cy="57712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let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77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119B4" w14:textId="77777777" w:rsidR="00B63418" w:rsidRDefault="00000000">
      <w:pPr>
        <w:spacing w:before="100"/>
        <w:jc w:val="center"/>
      </w:pPr>
      <w:r>
        <w:rPr>
          <w:b/>
          <w:color w:val="145691"/>
          <w:sz w:val="28"/>
        </w:rPr>
        <w:t>OSSERVA L’IMMAGINE, COMPLETA LA SILLABA E LEGGI LA PAROLA INSIEME ALL’ADULTO.</w:t>
      </w:r>
    </w:p>
    <w:p w14:paraId="14B3D041" w14:textId="77777777" w:rsidR="00B63418" w:rsidRDefault="00000000">
      <w:pPr>
        <w:spacing w:before="80"/>
        <w:jc w:val="center"/>
      </w:pPr>
      <w:r>
        <w:rPr>
          <w:color w:val="646464"/>
          <w:sz w:val="18"/>
        </w:rPr>
        <w:t>10</w:t>
      </w:r>
    </w:p>
    <w:p w14:paraId="51491A7D" w14:textId="77777777" w:rsidR="00B63418" w:rsidRDefault="00000000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5556"/>
      </w:tblGrid>
      <w:tr w:rsidR="00B63418" w14:paraId="4D776DC9" w14:textId="77777777">
        <w:tc>
          <w:tcPr>
            <w:tcW w:w="5556" w:type="dxa"/>
          </w:tcPr>
          <w:p w14:paraId="7C8A152F" w14:textId="77777777" w:rsidR="00B63418" w:rsidRDefault="00000000">
            <w:r>
              <w:rPr>
                <w:b/>
                <w:sz w:val="22"/>
              </w:rPr>
              <w:lastRenderedPageBreak/>
              <w:t>NOME: ______________________________</w:t>
            </w:r>
          </w:p>
        </w:tc>
        <w:tc>
          <w:tcPr>
            <w:tcW w:w="5556" w:type="dxa"/>
          </w:tcPr>
          <w:p w14:paraId="585B9BDE" w14:textId="77777777" w:rsidR="00B63418" w:rsidRDefault="00000000">
            <w:r>
              <w:rPr>
                <w:b/>
                <w:sz w:val="22"/>
              </w:rPr>
              <w:t>DATA: ____ / ____ / ______</w:t>
            </w:r>
          </w:p>
        </w:tc>
      </w:tr>
    </w:tbl>
    <w:p w14:paraId="79BBA590" w14:textId="77777777" w:rsidR="00B63418" w:rsidRDefault="00000000">
      <w:pPr>
        <w:spacing w:after="80"/>
        <w:jc w:val="center"/>
      </w:pPr>
      <w:r>
        <w:rPr>
          <w:b/>
          <w:color w:val="145691"/>
          <w:sz w:val="44"/>
        </w:rPr>
        <w:t>9  LA MIA PAROLA PREFERITA</w:t>
      </w:r>
    </w:p>
    <w:p w14:paraId="2ECB7495" w14:textId="77777777" w:rsidR="00B63418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3AF51540" wp14:editId="673D0EB7">
            <wp:extent cx="6480000" cy="57712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77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447ED" w14:textId="77777777" w:rsidR="00B63418" w:rsidRDefault="00000000">
      <w:pPr>
        <w:spacing w:before="100"/>
        <w:jc w:val="center"/>
      </w:pPr>
      <w:r>
        <w:rPr>
          <w:b/>
          <w:color w:val="145691"/>
          <w:sz w:val="28"/>
        </w:rPr>
        <w:t>DISEGNA O SCRIVI UNA PAROLA CHE TI PIACE DIRE.</w:t>
      </w:r>
    </w:p>
    <w:p w14:paraId="2C883A19" w14:textId="77777777" w:rsidR="00B63418" w:rsidRDefault="00000000">
      <w:pPr>
        <w:spacing w:before="80"/>
        <w:jc w:val="center"/>
      </w:pPr>
      <w:r>
        <w:rPr>
          <w:color w:val="646464"/>
          <w:sz w:val="18"/>
        </w:rPr>
        <w:t>11</w:t>
      </w:r>
    </w:p>
    <w:p w14:paraId="0129933F" w14:textId="77777777" w:rsidR="00B63418" w:rsidRDefault="00000000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5556"/>
      </w:tblGrid>
      <w:tr w:rsidR="00B63418" w14:paraId="47D6FDA3" w14:textId="77777777">
        <w:tc>
          <w:tcPr>
            <w:tcW w:w="5556" w:type="dxa"/>
          </w:tcPr>
          <w:p w14:paraId="33029A46" w14:textId="77777777" w:rsidR="00B63418" w:rsidRDefault="00000000">
            <w:r>
              <w:rPr>
                <w:b/>
                <w:sz w:val="22"/>
              </w:rPr>
              <w:lastRenderedPageBreak/>
              <w:t>NOME: ______________________________</w:t>
            </w:r>
          </w:p>
        </w:tc>
        <w:tc>
          <w:tcPr>
            <w:tcW w:w="5556" w:type="dxa"/>
          </w:tcPr>
          <w:p w14:paraId="05E546BA" w14:textId="77777777" w:rsidR="00B63418" w:rsidRDefault="00000000">
            <w:r>
              <w:rPr>
                <w:b/>
                <w:sz w:val="22"/>
              </w:rPr>
              <w:t>DATA: ____ / ____ / ______</w:t>
            </w:r>
          </w:p>
        </w:tc>
      </w:tr>
    </w:tbl>
    <w:p w14:paraId="1DCD30EB" w14:textId="77777777" w:rsidR="00B63418" w:rsidRDefault="00000000">
      <w:pPr>
        <w:spacing w:after="80"/>
        <w:jc w:val="center"/>
      </w:pPr>
      <w:r>
        <w:rPr>
          <w:b/>
          <w:color w:val="145691"/>
          <w:sz w:val="44"/>
        </w:rPr>
        <w:t>10  CANTO E PARLO</w:t>
      </w:r>
    </w:p>
    <w:p w14:paraId="63DA694E" w14:textId="77777777" w:rsidR="00B63418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2C6A73D9" wp14:editId="0AEB1EDB">
            <wp:extent cx="6480000" cy="57712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ng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577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6CF8B" w14:textId="77777777" w:rsidR="00B63418" w:rsidRDefault="00000000">
      <w:pPr>
        <w:spacing w:before="100"/>
        <w:jc w:val="center"/>
      </w:pPr>
      <w:r>
        <w:rPr>
          <w:b/>
          <w:color w:val="145691"/>
          <w:sz w:val="28"/>
        </w:rPr>
        <w:t>DISEGNA TE MENTRE CANTI, PARLI O FAI UN SUONO CON LA BOCCA.</w:t>
      </w:r>
    </w:p>
    <w:p w14:paraId="1954EB27" w14:textId="77777777" w:rsidR="00B63418" w:rsidRDefault="00000000">
      <w:pPr>
        <w:spacing w:before="80"/>
        <w:jc w:val="center"/>
      </w:pPr>
      <w:r>
        <w:rPr>
          <w:color w:val="646464"/>
          <w:sz w:val="18"/>
        </w:rPr>
        <w:t>12</w:t>
      </w:r>
    </w:p>
    <w:p w14:paraId="69CE00F8" w14:textId="77777777" w:rsidR="00B63418" w:rsidRDefault="00000000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56"/>
        <w:gridCol w:w="5556"/>
      </w:tblGrid>
      <w:tr w:rsidR="00B63418" w14:paraId="3F58153F" w14:textId="77777777">
        <w:tc>
          <w:tcPr>
            <w:tcW w:w="5556" w:type="dxa"/>
          </w:tcPr>
          <w:p w14:paraId="1F082714" w14:textId="77777777" w:rsidR="00B63418" w:rsidRDefault="00000000">
            <w:r>
              <w:rPr>
                <w:b/>
                <w:sz w:val="22"/>
              </w:rPr>
              <w:lastRenderedPageBreak/>
              <w:t>NOME: ______________________________</w:t>
            </w:r>
          </w:p>
        </w:tc>
        <w:tc>
          <w:tcPr>
            <w:tcW w:w="5556" w:type="dxa"/>
          </w:tcPr>
          <w:p w14:paraId="16CFDCD8" w14:textId="77777777" w:rsidR="00B63418" w:rsidRDefault="00000000">
            <w:r>
              <w:rPr>
                <w:b/>
                <w:sz w:val="22"/>
              </w:rPr>
              <w:t>DATA: ____ / ____ / ______</w:t>
            </w:r>
          </w:p>
        </w:tc>
      </w:tr>
    </w:tbl>
    <w:p w14:paraId="3133F65E" w14:textId="77777777" w:rsidR="00B63418" w:rsidRDefault="00000000">
      <w:pPr>
        <w:spacing w:after="80"/>
        <w:jc w:val="center"/>
      </w:pPr>
      <w:r>
        <w:rPr>
          <w:b/>
          <w:color w:val="145691"/>
          <w:sz w:val="44"/>
        </w:rPr>
        <w:t>LA STELLA DELLA BOCCA</w:t>
      </w:r>
    </w:p>
    <w:p w14:paraId="317F3DE1" w14:textId="77777777" w:rsidR="00B63418" w:rsidRDefault="00000000">
      <w:pPr>
        <w:spacing w:after="40"/>
        <w:jc w:val="center"/>
      </w:pPr>
      <w:r>
        <w:rPr>
          <w:noProof/>
        </w:rPr>
        <w:drawing>
          <wp:inline distT="0" distB="0" distL="0" distR="0" wp14:anchorId="790B74EC" wp14:editId="479178DF">
            <wp:extent cx="5760000" cy="3840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5B062" w14:textId="77777777" w:rsidR="00B63418" w:rsidRDefault="00000000">
      <w:pPr>
        <w:spacing w:before="100"/>
        <w:jc w:val="center"/>
      </w:pPr>
      <w:r>
        <w:rPr>
          <w:b/>
          <w:color w:val="145691"/>
          <w:sz w:val="28"/>
        </w:rPr>
        <w:t>COLORA LA TUA STELLA OGNI VOLTA CHE USI LA BOCCA PER COMUNICARE, SOFFIARE, CANTARE O SORRIDERE.</w:t>
      </w:r>
    </w:p>
    <w:p w14:paraId="32FCA307" w14:textId="77777777" w:rsidR="00B63418" w:rsidRDefault="00000000">
      <w:pPr>
        <w:spacing w:before="80"/>
        <w:jc w:val="center"/>
      </w:pPr>
      <w:r>
        <w:rPr>
          <w:color w:val="646464"/>
          <w:sz w:val="18"/>
        </w:rPr>
        <w:t>14</w:t>
      </w:r>
    </w:p>
    <w:p w14:paraId="21070E19" w14:textId="77777777" w:rsidR="00B63418" w:rsidRDefault="00000000">
      <w:r>
        <w:br w:type="page"/>
      </w:r>
    </w:p>
    <w:p w14:paraId="26B4A4A8" w14:textId="77777777" w:rsidR="00B63418" w:rsidRDefault="00000000">
      <w:pPr>
        <w:spacing w:after="40"/>
        <w:jc w:val="center"/>
      </w:pPr>
      <w:r>
        <w:rPr>
          <w:noProof/>
        </w:rPr>
        <w:lastRenderedPageBreak/>
        <w:drawing>
          <wp:inline distT="0" distB="0" distL="0" distR="0" wp14:anchorId="32D6D5A9" wp14:editId="76CF7548">
            <wp:extent cx="4860000" cy="27337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BOCCA(3)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0000" cy="27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D971F" w14:textId="77777777" w:rsidR="00B63418" w:rsidRDefault="00000000">
      <w:pPr>
        <w:jc w:val="center"/>
      </w:pPr>
      <w:r>
        <w:rPr>
          <w:b/>
          <w:color w:val="145691"/>
          <w:sz w:val="52"/>
        </w:rPr>
        <w:t>IO E LUMI</w:t>
      </w:r>
      <w:r>
        <w:rPr>
          <w:b/>
          <w:color w:val="145691"/>
          <w:sz w:val="52"/>
        </w:rPr>
        <w:br/>
      </w:r>
      <w:r>
        <w:rPr>
          <w:b/>
          <w:color w:val="EB6919"/>
          <w:sz w:val="40"/>
        </w:rPr>
        <w:t>SCOPRO IL MIO CORPO</w:t>
      </w:r>
      <w:r>
        <w:rPr>
          <w:b/>
          <w:color w:val="EB6919"/>
          <w:sz w:val="40"/>
        </w:rPr>
        <w:br/>
      </w:r>
      <w:r>
        <w:rPr>
          <w:b/>
          <w:color w:val="145691"/>
          <w:sz w:val="36"/>
        </w:rPr>
        <w:t>FASCICOLETTO 3</w:t>
      </w:r>
      <w:r>
        <w:rPr>
          <w:b/>
          <w:color w:val="145691"/>
          <w:sz w:val="36"/>
        </w:rPr>
        <w:br/>
      </w:r>
      <w:r>
        <w:rPr>
          <w:b/>
          <w:color w:val="26914C"/>
          <w:sz w:val="44"/>
        </w:rPr>
        <w:t>IO E LA MIA BOCCA</w:t>
      </w:r>
      <w:r>
        <w:rPr>
          <w:b/>
          <w:color w:val="26914C"/>
          <w:sz w:val="44"/>
        </w:rPr>
        <w:br/>
      </w:r>
    </w:p>
    <w:p w14:paraId="393B7527" w14:textId="77777777" w:rsidR="00B63418" w:rsidRDefault="00000000">
      <w:pPr>
        <w:jc w:val="center"/>
      </w:pPr>
      <w:r>
        <w:rPr>
          <w:b/>
          <w:color w:val="145691"/>
          <w:sz w:val="26"/>
        </w:rPr>
        <w:t>A CURA DELLA</w:t>
      </w:r>
      <w:r>
        <w:rPr>
          <w:b/>
          <w:color w:val="145691"/>
          <w:sz w:val="26"/>
        </w:rPr>
        <w:br/>
        <w:t>DOTT.SSA ANGELA RUOTOLO</w:t>
      </w:r>
      <w:r>
        <w:rPr>
          <w:b/>
          <w:color w:val="145691"/>
          <w:sz w:val="26"/>
        </w:rPr>
        <w:br/>
        <w:t>DOCENTE · PEDAGOGISTA CLINICO · PSICOLOGO CLINICO</w:t>
      </w:r>
      <w:r>
        <w:rPr>
          <w:b/>
          <w:color w:val="145691"/>
          <w:sz w:val="26"/>
        </w:rPr>
        <w:br/>
        <w:t>PROGETTO: IO E LUMI – SCOPRO IL MIO CORPO</w:t>
      </w:r>
      <w:r>
        <w:rPr>
          <w:b/>
          <w:color w:val="145691"/>
          <w:sz w:val="26"/>
        </w:rPr>
        <w:br/>
        <w:t>TUTTI I DIRITTI RISERVATI</w:t>
      </w:r>
    </w:p>
    <w:sectPr w:rsidR="00B63418" w:rsidSect="00034616">
      <w:pgSz w:w="11906" w:h="16838"/>
      <w:pgMar w:top="397" w:right="397" w:bottom="397" w:left="3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1391585">
    <w:abstractNumId w:val="8"/>
  </w:num>
  <w:num w:numId="2" w16cid:durableId="936911287">
    <w:abstractNumId w:val="6"/>
  </w:num>
  <w:num w:numId="3" w16cid:durableId="1769737632">
    <w:abstractNumId w:val="5"/>
  </w:num>
  <w:num w:numId="4" w16cid:durableId="135534700">
    <w:abstractNumId w:val="4"/>
  </w:num>
  <w:num w:numId="5" w16cid:durableId="847405554">
    <w:abstractNumId w:val="7"/>
  </w:num>
  <w:num w:numId="6" w16cid:durableId="264928189">
    <w:abstractNumId w:val="3"/>
  </w:num>
  <w:num w:numId="7" w16cid:durableId="771703111">
    <w:abstractNumId w:val="2"/>
  </w:num>
  <w:num w:numId="8" w16cid:durableId="80564949">
    <w:abstractNumId w:val="1"/>
  </w:num>
  <w:num w:numId="9" w16cid:durableId="2092382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595B"/>
    <w:rsid w:val="008E1A50"/>
    <w:rsid w:val="00AA1D8D"/>
    <w:rsid w:val="00B47730"/>
    <w:rsid w:val="00B6341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779031"/>
  <w14:defaultImageDpi w14:val="300"/>
  <w15:docId w15:val="{0F5CB5C0-3F25-42F0-9B1E-86B1FB83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RUOTOLO ANGELA</cp:lastModifiedBy>
  <cp:revision>2</cp:revision>
  <dcterms:created xsi:type="dcterms:W3CDTF">2026-08-27T05:41:00Z</dcterms:created>
  <dcterms:modified xsi:type="dcterms:W3CDTF">2026-08-27T05:41:00Z</dcterms:modified>
  <cp:category/>
</cp:coreProperties>
</file>