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161F7" w14:textId="77777777" w:rsidR="009E7A57" w:rsidRDefault="00000000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C4E1781" wp14:editId="4AE88415">
            <wp:extent cx="7452000" cy="1051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B980C56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51FF9C3" wp14:editId="46BD8967">
            <wp:extent cx="7452000" cy="1051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31DFD49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704D0CE8" wp14:editId="56F50DFA">
            <wp:extent cx="7452000" cy="1051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08A9C48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22606AA" wp14:editId="57DA6F3D">
            <wp:extent cx="7452000" cy="1051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509A49EE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71EA5BF0" wp14:editId="46D5EBCA">
            <wp:extent cx="7452000" cy="1051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A12FCC9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7C389EA" wp14:editId="438E8E34">
            <wp:extent cx="7452000" cy="1051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5578963E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4EF24392" wp14:editId="3F171A58">
            <wp:extent cx="7452000" cy="10512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E289F98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745A87CB" wp14:editId="5018712E">
            <wp:extent cx="7452000" cy="10512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77F403E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4BAC40E" wp14:editId="1C003ED4">
            <wp:extent cx="7452000" cy="10512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9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7D062F0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0771A84" wp14:editId="04410915">
            <wp:extent cx="7452000" cy="10512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0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07077EB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4E0616E9" wp14:editId="5AA9CFE5">
            <wp:extent cx="7452000" cy="1051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5B5270C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3F996992" wp14:editId="7B73D6A9">
            <wp:extent cx="7452000" cy="10512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51A7C56F" w14:textId="77777777" w:rsidR="009E7A57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5FEFC52" wp14:editId="4222910F">
            <wp:extent cx="7452000" cy="10512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3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0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A57" w:rsidSect="00034616">
      <w:pgSz w:w="11906" w:h="16838"/>
      <w:pgMar w:top="57" w:right="57" w:bottom="57" w:left="5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4671337">
    <w:abstractNumId w:val="8"/>
  </w:num>
  <w:num w:numId="2" w16cid:durableId="702561338">
    <w:abstractNumId w:val="6"/>
  </w:num>
  <w:num w:numId="3" w16cid:durableId="574897597">
    <w:abstractNumId w:val="5"/>
  </w:num>
  <w:num w:numId="4" w16cid:durableId="1603685395">
    <w:abstractNumId w:val="4"/>
  </w:num>
  <w:num w:numId="5" w16cid:durableId="1743916139">
    <w:abstractNumId w:val="7"/>
  </w:num>
  <w:num w:numId="6" w16cid:durableId="2144227809">
    <w:abstractNumId w:val="3"/>
  </w:num>
  <w:num w:numId="7" w16cid:durableId="1349215741">
    <w:abstractNumId w:val="2"/>
  </w:num>
  <w:num w:numId="8" w16cid:durableId="616525203">
    <w:abstractNumId w:val="1"/>
  </w:num>
  <w:num w:numId="9" w16cid:durableId="204848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E7A57"/>
    <w:rsid w:val="00AA1D8D"/>
    <w:rsid w:val="00B47730"/>
    <w:rsid w:val="00CB0664"/>
    <w:rsid w:val="00DB5AE3"/>
    <w:rsid w:val="00E03F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7BBFF3"/>
  <w14:defaultImageDpi w14:val="300"/>
  <w15:docId w15:val="{595E8637-CEA5-4EC4-BB0D-8D3D86F6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RUOTOLO ANGELA</cp:lastModifiedBy>
  <cp:revision>2</cp:revision>
  <dcterms:created xsi:type="dcterms:W3CDTF">2026-08-26T07:09:00Z</dcterms:created>
  <dcterms:modified xsi:type="dcterms:W3CDTF">2026-08-26T07:09:00Z</dcterms:modified>
  <cp:category/>
</cp:coreProperties>
</file>