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168"/>
      </w:tblGrid>
      <w:tr w:rsidR="006A5DF3" w14:paraId="35744135" w14:textId="77777777">
        <w:trPr>
          <w:jc w:val="center"/>
        </w:trPr>
        <w:tc>
          <w:tcPr>
            <w:tcW w:w="11168" w:type="dxa"/>
            <w:tcBorders>
              <w:top w:val="single" w:sz="18" w:space="0" w:color="4F9BD8"/>
              <w:left w:val="single" w:sz="18" w:space="0" w:color="4F9BD8"/>
              <w:bottom w:val="single" w:sz="18" w:space="0" w:color="4F9BD8"/>
              <w:right w:val="single" w:sz="18" w:space="0" w:color="4F9BD8"/>
            </w:tcBorders>
            <w:vAlign w:val="center"/>
          </w:tcPr>
          <w:p w14:paraId="7E96A7B8" w14:textId="77777777" w:rsidR="006A5DF3" w:rsidRDefault="00000000">
            <w:pPr>
              <w:spacing w:before="60" w:after="40"/>
              <w:jc w:val="center"/>
            </w:pPr>
            <w:r>
              <w:rPr>
                <w:noProof/>
              </w:rPr>
              <w:drawing>
                <wp:inline distT="0" distB="0" distL="0" distR="0" wp14:anchorId="7899D5BA" wp14:editId="40A93456">
                  <wp:extent cx="6213164" cy="9288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3164" cy="9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AD3FC4" w14:textId="77777777" w:rsidR="006A5DF3" w:rsidRDefault="00000000">
            <w:pPr>
              <w:spacing w:before="40" w:after="40"/>
              <w:jc w:val="center"/>
            </w:pPr>
            <w:r>
              <w:rPr>
                <w:b/>
                <w:color w:val="1F4E79"/>
                <w:sz w:val="14"/>
              </w:rPr>
              <w:t>A CURA DELLA DOTT.SSA ANGELA RUOTOLO  ·  DOCENTE · PEDAGOGISTA CLINICO · PSICOLOGO CLINICO  ·  DIRITTI RISERVATI</w:t>
            </w:r>
          </w:p>
        </w:tc>
      </w:tr>
    </w:tbl>
    <w:p w14:paraId="47F66399" w14:textId="77777777" w:rsidR="006A5DF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168"/>
      </w:tblGrid>
      <w:tr w:rsidR="006A5DF3" w14:paraId="653537E7" w14:textId="77777777">
        <w:trPr>
          <w:jc w:val="center"/>
        </w:trPr>
        <w:tc>
          <w:tcPr>
            <w:tcW w:w="11168" w:type="dxa"/>
            <w:tcBorders>
              <w:top w:val="single" w:sz="18" w:space="0" w:color="4F9BD8"/>
              <w:left w:val="single" w:sz="18" w:space="0" w:color="4F9BD8"/>
              <w:bottom w:val="single" w:sz="18" w:space="0" w:color="4F9BD8"/>
              <w:right w:val="single" w:sz="18" w:space="0" w:color="4F9BD8"/>
            </w:tcBorders>
            <w:vAlign w:val="center"/>
          </w:tcPr>
          <w:p w14:paraId="5257BA26" w14:textId="77777777" w:rsidR="006A5DF3" w:rsidRDefault="00000000">
            <w:pPr>
              <w:spacing w:before="60" w:after="4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6499325" wp14:editId="3F9ECC5B">
                  <wp:extent cx="6213164" cy="9288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e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3164" cy="9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8D2E48" w14:textId="77777777" w:rsidR="006A5DF3" w:rsidRDefault="00000000">
            <w:pPr>
              <w:spacing w:before="40" w:after="40"/>
              <w:jc w:val="center"/>
            </w:pPr>
            <w:r>
              <w:rPr>
                <w:b/>
                <w:color w:val="1F4E79"/>
                <w:sz w:val="14"/>
              </w:rPr>
              <w:t>A CURA DELLA DOTT.SSA ANGELA RUOTOLO  ·  DOCENTE · PEDAGOGISTA CLINICO · PSICOLOGO CLINICO  ·  DIRITTI RISERVATI</w:t>
            </w:r>
          </w:p>
        </w:tc>
      </w:tr>
    </w:tbl>
    <w:p w14:paraId="45AE7827" w14:textId="77777777" w:rsidR="006A5DF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168"/>
      </w:tblGrid>
      <w:tr w:rsidR="006A5DF3" w14:paraId="179997FE" w14:textId="77777777">
        <w:trPr>
          <w:jc w:val="center"/>
        </w:trPr>
        <w:tc>
          <w:tcPr>
            <w:tcW w:w="11168" w:type="dxa"/>
            <w:tcBorders>
              <w:top w:val="single" w:sz="18" w:space="0" w:color="4F9BD8"/>
              <w:left w:val="single" w:sz="18" w:space="0" w:color="4F9BD8"/>
              <w:bottom w:val="single" w:sz="18" w:space="0" w:color="4F9BD8"/>
              <w:right w:val="single" w:sz="18" w:space="0" w:color="4F9BD8"/>
            </w:tcBorders>
            <w:vAlign w:val="center"/>
          </w:tcPr>
          <w:p w14:paraId="514444D6" w14:textId="77777777" w:rsidR="006A5DF3" w:rsidRDefault="00000000">
            <w:pPr>
              <w:spacing w:before="60" w:after="4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A1297B3" wp14:editId="4652834C">
                  <wp:extent cx="6732000" cy="734981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2000" cy="7349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11A952" w14:textId="77777777" w:rsidR="006A5DF3" w:rsidRDefault="00000000">
            <w:pPr>
              <w:spacing w:before="40" w:after="40"/>
              <w:jc w:val="center"/>
            </w:pPr>
            <w:r>
              <w:rPr>
                <w:b/>
                <w:color w:val="1F4E79"/>
                <w:sz w:val="14"/>
              </w:rPr>
              <w:t>A CURA DELLA DOTT.SSA ANGELA RUOTOLO  ·  DOCENTE · PEDAGOGISTA CLINICO · PSICOLOGO CLINICO  ·  DIRITTI RISERVATI</w:t>
            </w:r>
          </w:p>
        </w:tc>
      </w:tr>
    </w:tbl>
    <w:p w14:paraId="7A689FA5" w14:textId="77777777" w:rsidR="006A5DF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168"/>
      </w:tblGrid>
      <w:tr w:rsidR="006A5DF3" w14:paraId="7617D786" w14:textId="77777777">
        <w:trPr>
          <w:jc w:val="center"/>
        </w:trPr>
        <w:tc>
          <w:tcPr>
            <w:tcW w:w="11168" w:type="dxa"/>
            <w:tcBorders>
              <w:top w:val="single" w:sz="18" w:space="0" w:color="4F9BD8"/>
              <w:left w:val="single" w:sz="18" w:space="0" w:color="4F9BD8"/>
              <w:bottom w:val="single" w:sz="18" w:space="0" w:color="4F9BD8"/>
              <w:right w:val="single" w:sz="18" w:space="0" w:color="4F9BD8"/>
            </w:tcBorders>
            <w:vAlign w:val="center"/>
          </w:tcPr>
          <w:p w14:paraId="1AC17BDF" w14:textId="77777777" w:rsidR="006A5DF3" w:rsidRDefault="00000000">
            <w:pPr>
              <w:spacing w:before="60" w:after="4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683C935" wp14:editId="68CAE4D9">
                  <wp:extent cx="6732000" cy="689181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2000" cy="689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B9E877" w14:textId="77777777" w:rsidR="006A5DF3" w:rsidRDefault="00000000">
            <w:pPr>
              <w:spacing w:before="40" w:after="40"/>
              <w:jc w:val="center"/>
            </w:pPr>
            <w:r>
              <w:rPr>
                <w:b/>
                <w:color w:val="1F4E79"/>
                <w:sz w:val="14"/>
              </w:rPr>
              <w:t>A CURA DELLA DOTT.SSA ANGELA RUOTOLO  ·  DOCENTE · PEDAGOGISTA CLINICO · PSICOLOGO CLINICO  ·  DIRITTI RISERVATI</w:t>
            </w:r>
          </w:p>
        </w:tc>
      </w:tr>
    </w:tbl>
    <w:p w14:paraId="0BB415A9" w14:textId="77777777" w:rsidR="006A5DF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168"/>
      </w:tblGrid>
      <w:tr w:rsidR="006A5DF3" w14:paraId="51517DF0" w14:textId="77777777">
        <w:trPr>
          <w:jc w:val="center"/>
        </w:trPr>
        <w:tc>
          <w:tcPr>
            <w:tcW w:w="11168" w:type="dxa"/>
            <w:tcBorders>
              <w:top w:val="single" w:sz="18" w:space="0" w:color="4F9BD8"/>
              <w:left w:val="single" w:sz="18" w:space="0" w:color="4F9BD8"/>
              <w:bottom w:val="single" w:sz="18" w:space="0" w:color="4F9BD8"/>
              <w:right w:val="single" w:sz="18" w:space="0" w:color="4F9BD8"/>
            </w:tcBorders>
            <w:vAlign w:val="center"/>
          </w:tcPr>
          <w:p w14:paraId="16AFB01D" w14:textId="77777777" w:rsidR="006A5DF3" w:rsidRDefault="00000000">
            <w:pPr>
              <w:spacing w:before="60" w:after="4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ABA3691" wp14:editId="64CC3B6E">
                  <wp:extent cx="6732000" cy="6469189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2000" cy="6469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041975" w14:textId="77777777" w:rsidR="006A5DF3" w:rsidRDefault="00000000">
            <w:pPr>
              <w:spacing w:before="40" w:after="40"/>
              <w:jc w:val="center"/>
            </w:pPr>
            <w:r>
              <w:rPr>
                <w:b/>
                <w:color w:val="1F4E79"/>
                <w:sz w:val="14"/>
              </w:rPr>
              <w:t>A CURA DELLA DOTT.SSA ANGELA RUOTOLO  ·  DOCENTE · PEDAGOGISTA CLINICO · PSICOLOGO CLINICO  ·  DIRITTI RISERVATI</w:t>
            </w:r>
          </w:p>
        </w:tc>
      </w:tr>
    </w:tbl>
    <w:p w14:paraId="3E593156" w14:textId="77777777" w:rsidR="006A5DF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168"/>
      </w:tblGrid>
      <w:tr w:rsidR="006A5DF3" w14:paraId="6C717E4A" w14:textId="77777777">
        <w:trPr>
          <w:jc w:val="center"/>
        </w:trPr>
        <w:tc>
          <w:tcPr>
            <w:tcW w:w="11168" w:type="dxa"/>
            <w:tcBorders>
              <w:top w:val="single" w:sz="18" w:space="0" w:color="4F9BD8"/>
              <w:left w:val="single" w:sz="18" w:space="0" w:color="4F9BD8"/>
              <w:bottom w:val="single" w:sz="18" w:space="0" w:color="4F9BD8"/>
              <w:right w:val="single" w:sz="18" w:space="0" w:color="4F9BD8"/>
            </w:tcBorders>
            <w:vAlign w:val="center"/>
          </w:tcPr>
          <w:p w14:paraId="7EC67F37" w14:textId="77777777" w:rsidR="006A5DF3" w:rsidRDefault="00000000">
            <w:pPr>
              <w:spacing w:before="60" w:after="4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A10D43D" wp14:editId="42AAE381">
                  <wp:extent cx="6732000" cy="6608098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2000" cy="6608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0B4C0E" w14:textId="77777777" w:rsidR="006A5DF3" w:rsidRDefault="00000000">
            <w:pPr>
              <w:spacing w:before="40" w:after="40"/>
              <w:jc w:val="center"/>
            </w:pPr>
            <w:r>
              <w:rPr>
                <w:b/>
                <w:color w:val="1F4E79"/>
                <w:sz w:val="14"/>
              </w:rPr>
              <w:t>A CURA DELLA DOTT.SSA ANGELA RUOTOLO  ·  DOCENTE · PEDAGOGISTA CLINICO · PSICOLOGO CLINICO  ·  DIRITTI RISERVATI</w:t>
            </w:r>
          </w:p>
        </w:tc>
      </w:tr>
    </w:tbl>
    <w:p w14:paraId="5906C87B" w14:textId="77777777" w:rsidR="006A5DF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168"/>
      </w:tblGrid>
      <w:tr w:rsidR="006A5DF3" w14:paraId="2630956C" w14:textId="77777777">
        <w:trPr>
          <w:jc w:val="center"/>
        </w:trPr>
        <w:tc>
          <w:tcPr>
            <w:tcW w:w="11168" w:type="dxa"/>
            <w:tcBorders>
              <w:top w:val="single" w:sz="18" w:space="0" w:color="4F9BD8"/>
              <w:left w:val="single" w:sz="18" w:space="0" w:color="4F9BD8"/>
              <w:bottom w:val="single" w:sz="18" w:space="0" w:color="4F9BD8"/>
              <w:right w:val="single" w:sz="18" w:space="0" w:color="4F9BD8"/>
            </w:tcBorders>
            <w:vAlign w:val="center"/>
          </w:tcPr>
          <w:p w14:paraId="7445EA3A" w14:textId="77777777" w:rsidR="006A5DF3" w:rsidRDefault="00000000">
            <w:pPr>
              <w:spacing w:before="60" w:after="4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0E6A04F" wp14:editId="1AA0C560">
                  <wp:extent cx="6732000" cy="6430567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2000" cy="6430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37A137" w14:textId="77777777" w:rsidR="006A5DF3" w:rsidRDefault="00000000">
            <w:pPr>
              <w:spacing w:before="40" w:after="40"/>
              <w:jc w:val="center"/>
            </w:pPr>
            <w:r>
              <w:rPr>
                <w:b/>
                <w:color w:val="1F4E79"/>
                <w:sz w:val="14"/>
              </w:rPr>
              <w:t>A CURA DELLA DOTT.SSA ANGELA RUOTOLO  ·  DOCENTE · PEDAGOGISTA CLINICO · PSICOLOGO CLINICO  ·  DIRITTI RISERVATI</w:t>
            </w:r>
          </w:p>
        </w:tc>
      </w:tr>
    </w:tbl>
    <w:p w14:paraId="30E10CED" w14:textId="77777777" w:rsidR="006A5DF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168"/>
      </w:tblGrid>
      <w:tr w:rsidR="006A5DF3" w14:paraId="42250718" w14:textId="77777777">
        <w:trPr>
          <w:jc w:val="center"/>
        </w:trPr>
        <w:tc>
          <w:tcPr>
            <w:tcW w:w="11168" w:type="dxa"/>
            <w:tcBorders>
              <w:top w:val="single" w:sz="18" w:space="0" w:color="4F9BD8"/>
              <w:left w:val="single" w:sz="18" w:space="0" w:color="4F9BD8"/>
              <w:bottom w:val="single" w:sz="18" w:space="0" w:color="4F9BD8"/>
              <w:right w:val="single" w:sz="18" w:space="0" w:color="4F9BD8"/>
            </w:tcBorders>
            <w:vAlign w:val="center"/>
          </w:tcPr>
          <w:p w14:paraId="44B9BEE2" w14:textId="77777777" w:rsidR="006A5DF3" w:rsidRDefault="00000000">
            <w:pPr>
              <w:spacing w:before="60" w:after="4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4C0C314" wp14:editId="12088985">
                  <wp:extent cx="6732000" cy="5054054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2000" cy="5054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DCB553" w14:textId="77777777" w:rsidR="006A5DF3" w:rsidRDefault="00000000">
            <w:pPr>
              <w:spacing w:before="40" w:after="40"/>
              <w:jc w:val="center"/>
            </w:pPr>
            <w:r>
              <w:rPr>
                <w:b/>
                <w:color w:val="1F4E79"/>
                <w:sz w:val="14"/>
              </w:rPr>
              <w:t>A CURA DELLA DOTT.SSA ANGELA RUOTOLO  ·  DOCENTE · PEDAGOGISTA CLINICO · PSICOLOGO CLINICO  ·  DIRITTI RISERVATI</w:t>
            </w:r>
          </w:p>
        </w:tc>
      </w:tr>
    </w:tbl>
    <w:p w14:paraId="218E0AAC" w14:textId="77777777" w:rsidR="006A5DF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168"/>
      </w:tblGrid>
      <w:tr w:rsidR="006A5DF3" w14:paraId="5E12BAE0" w14:textId="77777777">
        <w:trPr>
          <w:jc w:val="center"/>
        </w:trPr>
        <w:tc>
          <w:tcPr>
            <w:tcW w:w="11168" w:type="dxa"/>
            <w:tcBorders>
              <w:top w:val="single" w:sz="18" w:space="0" w:color="4F9BD8"/>
              <w:left w:val="single" w:sz="18" w:space="0" w:color="4F9BD8"/>
              <w:bottom w:val="single" w:sz="18" w:space="0" w:color="4F9BD8"/>
              <w:right w:val="single" w:sz="18" w:space="0" w:color="4F9BD8"/>
            </w:tcBorders>
            <w:vAlign w:val="center"/>
          </w:tcPr>
          <w:p w14:paraId="613C31FD" w14:textId="77777777" w:rsidR="006A5DF3" w:rsidRDefault="00000000">
            <w:pPr>
              <w:spacing w:before="60" w:after="4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C907015" wp14:editId="7C28BB61">
                  <wp:extent cx="6732000" cy="5162576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2000" cy="5162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569804" w14:textId="77777777" w:rsidR="006A5DF3" w:rsidRDefault="00000000">
            <w:pPr>
              <w:spacing w:before="40" w:after="40"/>
              <w:jc w:val="center"/>
            </w:pPr>
            <w:r>
              <w:rPr>
                <w:b/>
                <w:color w:val="1F4E79"/>
                <w:sz w:val="14"/>
              </w:rPr>
              <w:t>A CURA DELLA DOTT.SSA ANGELA RUOTOLO  ·  DOCENTE · PEDAGOGISTA CLINICO · PSICOLOGO CLINICO  ·  DIRITTI RISERVATI</w:t>
            </w:r>
          </w:p>
        </w:tc>
      </w:tr>
    </w:tbl>
    <w:p w14:paraId="0F981305" w14:textId="77777777" w:rsidR="006A5DF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168"/>
      </w:tblGrid>
      <w:tr w:rsidR="006A5DF3" w14:paraId="6A0C50AD" w14:textId="77777777">
        <w:trPr>
          <w:jc w:val="center"/>
        </w:trPr>
        <w:tc>
          <w:tcPr>
            <w:tcW w:w="11168" w:type="dxa"/>
            <w:tcBorders>
              <w:top w:val="single" w:sz="18" w:space="0" w:color="4F9BD8"/>
              <w:left w:val="single" w:sz="18" w:space="0" w:color="4F9BD8"/>
              <w:bottom w:val="single" w:sz="18" w:space="0" w:color="4F9BD8"/>
              <w:right w:val="single" w:sz="18" w:space="0" w:color="4F9BD8"/>
            </w:tcBorders>
            <w:vAlign w:val="center"/>
          </w:tcPr>
          <w:p w14:paraId="581E7304" w14:textId="77777777" w:rsidR="006A5DF3" w:rsidRDefault="00000000">
            <w:pPr>
              <w:spacing w:before="60" w:after="4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1A96BDA" wp14:editId="1B9B6E87">
                  <wp:extent cx="6732000" cy="502388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2000" cy="502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2F563E" w14:textId="77777777" w:rsidR="006A5DF3" w:rsidRDefault="00000000">
            <w:pPr>
              <w:spacing w:before="40" w:after="40"/>
              <w:jc w:val="center"/>
            </w:pPr>
            <w:r>
              <w:rPr>
                <w:b/>
                <w:color w:val="1F4E79"/>
                <w:sz w:val="14"/>
              </w:rPr>
              <w:t>A CURA DELLA DOTT.SSA ANGELA RUOTOLO  ·  DOCENTE · PEDAGOGISTA CLINICO · PSICOLOGO CLINICO  ·  DIRITTI RISERVATI</w:t>
            </w:r>
          </w:p>
        </w:tc>
      </w:tr>
    </w:tbl>
    <w:p w14:paraId="757FF9FA" w14:textId="77777777" w:rsidR="006A5DF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168"/>
      </w:tblGrid>
      <w:tr w:rsidR="006A5DF3" w14:paraId="45E05C69" w14:textId="77777777">
        <w:trPr>
          <w:jc w:val="center"/>
        </w:trPr>
        <w:tc>
          <w:tcPr>
            <w:tcW w:w="11168" w:type="dxa"/>
            <w:tcBorders>
              <w:top w:val="single" w:sz="18" w:space="0" w:color="4F9BD8"/>
              <w:left w:val="single" w:sz="18" w:space="0" w:color="4F9BD8"/>
              <w:bottom w:val="single" w:sz="18" w:space="0" w:color="4F9BD8"/>
              <w:right w:val="single" w:sz="18" w:space="0" w:color="4F9BD8"/>
            </w:tcBorders>
            <w:vAlign w:val="center"/>
          </w:tcPr>
          <w:p w14:paraId="49A5D2B2" w14:textId="77777777" w:rsidR="006A5DF3" w:rsidRDefault="00000000">
            <w:pPr>
              <w:spacing w:before="60" w:after="4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4EBECD6" wp14:editId="59E9A5A2">
                  <wp:extent cx="6732000" cy="4973189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2000" cy="4973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90DFA3" w14:textId="77777777" w:rsidR="006A5DF3" w:rsidRDefault="00000000">
            <w:pPr>
              <w:spacing w:before="40" w:after="40"/>
              <w:jc w:val="center"/>
            </w:pPr>
            <w:r>
              <w:rPr>
                <w:b/>
                <w:color w:val="1F4E79"/>
                <w:sz w:val="14"/>
              </w:rPr>
              <w:t>A CURA DELLA DOTT.SSA ANGELA RUOTOLO  ·  DOCENTE · PEDAGOGISTA CLINICO · PSICOLOGO CLINICO  ·  DIRITTI RISERVATI</w:t>
            </w:r>
          </w:p>
        </w:tc>
      </w:tr>
    </w:tbl>
    <w:p w14:paraId="4B460D13" w14:textId="77777777" w:rsidR="006A5DF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168"/>
      </w:tblGrid>
      <w:tr w:rsidR="006A5DF3" w14:paraId="5AEA8388" w14:textId="77777777">
        <w:trPr>
          <w:jc w:val="center"/>
        </w:trPr>
        <w:tc>
          <w:tcPr>
            <w:tcW w:w="11168" w:type="dxa"/>
            <w:tcBorders>
              <w:top w:val="single" w:sz="18" w:space="0" w:color="4F9BD8"/>
              <w:left w:val="single" w:sz="18" w:space="0" w:color="4F9BD8"/>
              <w:bottom w:val="single" w:sz="18" w:space="0" w:color="4F9BD8"/>
              <w:right w:val="single" w:sz="18" w:space="0" w:color="4F9BD8"/>
            </w:tcBorders>
            <w:vAlign w:val="center"/>
          </w:tcPr>
          <w:p w14:paraId="59705F14" w14:textId="77777777" w:rsidR="006A5DF3" w:rsidRDefault="00000000">
            <w:pPr>
              <w:spacing w:before="60" w:after="4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73841429" wp14:editId="2D0660B5">
                  <wp:extent cx="6732000" cy="507997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2000" cy="507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FC5F8D" w14:textId="77777777" w:rsidR="006A5DF3" w:rsidRDefault="00000000">
            <w:pPr>
              <w:spacing w:before="40" w:after="40"/>
              <w:jc w:val="center"/>
            </w:pPr>
            <w:r>
              <w:rPr>
                <w:b/>
                <w:color w:val="1F4E79"/>
                <w:sz w:val="14"/>
              </w:rPr>
              <w:t>A CURA DELLA DOTT.SSA ANGELA RUOTOLO  ·  DOCENTE · PEDAGOGISTA CLINICO · PSICOLOGO CLINICO  ·  DIRITTI RISERVATI</w:t>
            </w:r>
          </w:p>
        </w:tc>
      </w:tr>
    </w:tbl>
    <w:p w14:paraId="71C4D40A" w14:textId="77777777" w:rsidR="006A5DF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168"/>
      </w:tblGrid>
      <w:tr w:rsidR="006A5DF3" w14:paraId="6060D370" w14:textId="77777777">
        <w:trPr>
          <w:jc w:val="center"/>
        </w:trPr>
        <w:tc>
          <w:tcPr>
            <w:tcW w:w="11168" w:type="dxa"/>
            <w:tcBorders>
              <w:top w:val="single" w:sz="18" w:space="0" w:color="4F9BD8"/>
              <w:left w:val="single" w:sz="18" w:space="0" w:color="4F9BD8"/>
              <w:bottom w:val="single" w:sz="18" w:space="0" w:color="4F9BD8"/>
              <w:right w:val="single" w:sz="18" w:space="0" w:color="4F9BD8"/>
            </w:tcBorders>
            <w:vAlign w:val="center"/>
          </w:tcPr>
          <w:p w14:paraId="27078975" w14:textId="77777777" w:rsidR="006A5DF3" w:rsidRDefault="00000000">
            <w:pPr>
              <w:spacing w:before="60" w:after="4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8B8C450" wp14:editId="1350129F">
                  <wp:extent cx="6732000" cy="4943498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2000" cy="4943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3110DD" w14:textId="77777777" w:rsidR="006A5DF3" w:rsidRDefault="00000000">
            <w:pPr>
              <w:spacing w:before="40" w:after="40"/>
              <w:jc w:val="center"/>
            </w:pPr>
            <w:r>
              <w:rPr>
                <w:b/>
                <w:color w:val="1F4E79"/>
                <w:sz w:val="14"/>
              </w:rPr>
              <w:t>A CURA DELLA DOTT.SSA ANGELA RUOTOLO  ·  DOCENTE · PEDAGOGISTA CLINICO · PSICOLOGO CLINICO  ·  DIRITTI RISERVATI</w:t>
            </w:r>
          </w:p>
        </w:tc>
      </w:tr>
    </w:tbl>
    <w:p w14:paraId="7D9C51C4" w14:textId="77777777" w:rsidR="006A5DF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168"/>
      </w:tblGrid>
      <w:tr w:rsidR="006A5DF3" w14:paraId="3CBB999E" w14:textId="77777777">
        <w:trPr>
          <w:jc w:val="center"/>
        </w:trPr>
        <w:tc>
          <w:tcPr>
            <w:tcW w:w="11168" w:type="dxa"/>
            <w:tcBorders>
              <w:top w:val="single" w:sz="18" w:space="0" w:color="4F9BD8"/>
              <w:left w:val="single" w:sz="18" w:space="0" w:color="4F9BD8"/>
              <w:bottom w:val="single" w:sz="18" w:space="0" w:color="4F9BD8"/>
              <w:right w:val="single" w:sz="18" w:space="0" w:color="4F9BD8"/>
            </w:tcBorders>
            <w:vAlign w:val="center"/>
          </w:tcPr>
          <w:p w14:paraId="70F9C37C" w14:textId="77777777" w:rsidR="006A5DF3" w:rsidRDefault="00000000">
            <w:pPr>
              <w:spacing w:before="60" w:after="4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1E72446" wp14:editId="1B6741FC">
                  <wp:extent cx="6732000" cy="4989384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2000" cy="4989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CD72D8" w14:textId="77777777" w:rsidR="006A5DF3" w:rsidRDefault="00000000">
            <w:pPr>
              <w:spacing w:before="40" w:after="40"/>
              <w:jc w:val="center"/>
            </w:pPr>
            <w:r>
              <w:rPr>
                <w:b/>
                <w:color w:val="1F4E79"/>
                <w:sz w:val="14"/>
              </w:rPr>
              <w:t>A CURA DELLA DOTT.SSA ANGELA RUOTOLO  ·  DOCENTE · PEDAGOGISTA CLINICO · PSICOLOGO CLINICO  ·  DIRITTI RISERVATI</w:t>
            </w:r>
          </w:p>
        </w:tc>
      </w:tr>
    </w:tbl>
    <w:p w14:paraId="04011160" w14:textId="77777777" w:rsidR="006A5DF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168"/>
      </w:tblGrid>
      <w:tr w:rsidR="006A5DF3" w14:paraId="0C500365" w14:textId="77777777">
        <w:trPr>
          <w:jc w:val="center"/>
        </w:trPr>
        <w:tc>
          <w:tcPr>
            <w:tcW w:w="11168" w:type="dxa"/>
            <w:tcBorders>
              <w:top w:val="single" w:sz="18" w:space="0" w:color="4F9BD8"/>
              <w:left w:val="single" w:sz="18" w:space="0" w:color="4F9BD8"/>
              <w:bottom w:val="single" w:sz="18" w:space="0" w:color="4F9BD8"/>
              <w:right w:val="single" w:sz="18" w:space="0" w:color="4F9BD8"/>
            </w:tcBorders>
            <w:vAlign w:val="center"/>
          </w:tcPr>
          <w:p w14:paraId="38045496" w14:textId="77777777" w:rsidR="006A5DF3" w:rsidRDefault="00000000">
            <w:pPr>
              <w:spacing w:before="60" w:after="4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35B2EFF" wp14:editId="3C26E44C">
                  <wp:extent cx="6732000" cy="6144644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2000" cy="6144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2DC7A0" w14:textId="77777777" w:rsidR="006A5DF3" w:rsidRDefault="00000000">
            <w:pPr>
              <w:spacing w:before="40" w:after="40"/>
              <w:jc w:val="center"/>
            </w:pPr>
            <w:r>
              <w:rPr>
                <w:b/>
                <w:color w:val="1F4E79"/>
                <w:sz w:val="14"/>
              </w:rPr>
              <w:t>A CURA DELLA DOTT.SSA ANGELA RUOTOLO  ·  DOCENTE · PEDAGOGISTA CLINICO · PSICOLOGO CLINICO  ·  DIRITTI RISERVATI</w:t>
            </w:r>
          </w:p>
        </w:tc>
      </w:tr>
    </w:tbl>
    <w:p w14:paraId="749EEAFE" w14:textId="77777777" w:rsidR="006A5DF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168"/>
      </w:tblGrid>
      <w:tr w:rsidR="006A5DF3" w14:paraId="65603F6E" w14:textId="77777777">
        <w:trPr>
          <w:jc w:val="center"/>
        </w:trPr>
        <w:tc>
          <w:tcPr>
            <w:tcW w:w="11168" w:type="dxa"/>
            <w:tcBorders>
              <w:top w:val="single" w:sz="18" w:space="0" w:color="4F9BD8"/>
              <w:left w:val="single" w:sz="18" w:space="0" w:color="4F9BD8"/>
              <w:bottom w:val="single" w:sz="18" w:space="0" w:color="4F9BD8"/>
              <w:right w:val="single" w:sz="18" w:space="0" w:color="4F9BD8"/>
            </w:tcBorders>
            <w:vAlign w:val="center"/>
          </w:tcPr>
          <w:p w14:paraId="0FAA000C" w14:textId="77777777" w:rsidR="006A5DF3" w:rsidRDefault="00000000">
            <w:pPr>
              <w:spacing w:before="60" w:after="4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B111485" wp14:editId="194D1526">
                  <wp:extent cx="6732000" cy="556566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2000" cy="556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D083E3" w14:textId="77777777" w:rsidR="006A5DF3" w:rsidRDefault="00000000">
            <w:pPr>
              <w:spacing w:before="40" w:after="40"/>
              <w:jc w:val="center"/>
            </w:pPr>
            <w:r>
              <w:rPr>
                <w:b/>
                <w:color w:val="1F4E79"/>
                <w:sz w:val="14"/>
              </w:rPr>
              <w:t>A CURA DELLA DOTT.SSA ANGELA RUOTOLO  ·  DOCENTE · PEDAGOGISTA CLINICO · PSICOLOGO CLINICO  ·  DIRITTI RISERVATI</w:t>
            </w:r>
          </w:p>
        </w:tc>
      </w:tr>
    </w:tbl>
    <w:p w14:paraId="386E3FFE" w14:textId="77777777" w:rsidR="00BF42FB" w:rsidRDefault="00BF42FB"/>
    <w:sectPr w:rsidR="00BF42FB" w:rsidSect="00034616">
      <w:pgSz w:w="11906" w:h="16838"/>
      <w:pgMar w:top="369" w:right="369" w:bottom="369" w:left="369" w:header="720" w:footer="11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2672325">
    <w:abstractNumId w:val="8"/>
  </w:num>
  <w:num w:numId="2" w16cid:durableId="1050883909">
    <w:abstractNumId w:val="6"/>
  </w:num>
  <w:num w:numId="3" w16cid:durableId="564418021">
    <w:abstractNumId w:val="5"/>
  </w:num>
  <w:num w:numId="4" w16cid:durableId="1176723468">
    <w:abstractNumId w:val="4"/>
  </w:num>
  <w:num w:numId="5" w16cid:durableId="911475344">
    <w:abstractNumId w:val="7"/>
  </w:num>
  <w:num w:numId="6" w16cid:durableId="1419642145">
    <w:abstractNumId w:val="3"/>
  </w:num>
  <w:num w:numId="7" w16cid:durableId="1537699707">
    <w:abstractNumId w:val="2"/>
  </w:num>
  <w:num w:numId="8" w16cid:durableId="562180549">
    <w:abstractNumId w:val="1"/>
  </w:num>
  <w:num w:numId="9" w16cid:durableId="1030491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A5DF3"/>
    <w:rsid w:val="009614E0"/>
    <w:rsid w:val="00A215C6"/>
    <w:rsid w:val="00AA1D8D"/>
    <w:rsid w:val="00B47730"/>
    <w:rsid w:val="00BF42F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BEAA8F"/>
  <w14:defaultImageDpi w14:val="300"/>
  <w15:docId w15:val="{1E5D112E-B578-4AAF-849A-A5D2A024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RUOTOLO ANGELA</cp:lastModifiedBy>
  <cp:revision>2</cp:revision>
  <dcterms:created xsi:type="dcterms:W3CDTF">2026-08-29T07:55:00Z</dcterms:created>
  <dcterms:modified xsi:type="dcterms:W3CDTF">2026-08-29T07:55:00Z</dcterms:modified>
  <cp:category/>
</cp:coreProperties>
</file>